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1C5E5" w14:textId="3D458C32" w:rsidR="00724F10" w:rsidRPr="000D7738" w:rsidRDefault="000D7738" w:rsidP="000D7738">
      <w:pPr>
        <w:pStyle w:val="Ttulo1"/>
        <w:jc w:val="both"/>
        <w:rPr>
          <w:rFonts w:ascii="Arial" w:hAnsi="Arial" w:cs="Arial"/>
          <w:b w:val="0"/>
          <w:bCs w:val="0"/>
          <w:color w:val="auto"/>
          <w:sz w:val="20"/>
          <w:szCs w:val="20"/>
          <w:lang w:val="es-ES_tradnl"/>
        </w:rPr>
      </w:pPr>
      <w:r w:rsidRPr="000D7738">
        <w:rPr>
          <w:rFonts w:ascii="Arial" w:hAnsi="Arial" w:cs="Arial"/>
          <w:b w:val="0"/>
          <w:bCs w:val="0"/>
          <w:color w:val="auto"/>
          <w:sz w:val="20"/>
          <w:szCs w:val="20"/>
          <w:lang w:val="es-ES_tradnl"/>
        </w:rPr>
        <w:t>Reclamación ante la Agencia Española de Protección de Datos por falta de atención del derecho de supresión</w:t>
      </w:r>
    </w:p>
    <w:p w14:paraId="30201D14" w14:textId="77777777" w:rsidR="000D7738" w:rsidRPr="000D7738" w:rsidRDefault="000D7738" w:rsidP="000D7738">
      <w:pPr>
        <w:rPr>
          <w:lang w:val="es-ES_tradnl"/>
        </w:rPr>
      </w:pPr>
    </w:p>
    <w:p w14:paraId="1011BF55" w14:textId="77777777" w:rsidR="00724F10" w:rsidRPr="000D7738" w:rsidRDefault="000D7738" w:rsidP="000D7738">
      <w:pPr>
        <w:jc w:val="both"/>
        <w:rPr>
          <w:rFonts w:ascii="Arial" w:hAnsi="Arial" w:cs="Arial"/>
          <w:b/>
          <w:bCs/>
          <w:sz w:val="20"/>
          <w:szCs w:val="20"/>
          <w:lang w:val="es-ES_tradnl"/>
        </w:rPr>
      </w:pPr>
      <w:r w:rsidRPr="000D7738">
        <w:rPr>
          <w:rFonts w:ascii="Arial" w:hAnsi="Arial" w:cs="Arial"/>
          <w:b/>
          <w:bCs/>
          <w:sz w:val="20"/>
          <w:szCs w:val="20"/>
          <w:lang w:val="es-ES_tradnl"/>
        </w:rPr>
        <w:t>A LA AGENCIA ESPAÑOLA DE PROTECCIÓN DE DATOS</w:t>
      </w:r>
    </w:p>
    <w:p w14:paraId="13E5CAE4" w14:textId="77777777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0D7738">
        <w:rPr>
          <w:rFonts w:ascii="Arial" w:hAnsi="Arial" w:cs="Arial"/>
          <w:sz w:val="20"/>
          <w:szCs w:val="20"/>
          <w:lang w:val="es-ES_tradnl"/>
        </w:rPr>
        <w:t>D./</w:t>
      </w: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t>D.ª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[nombre y apellidos]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, con DNI/NIE/pasaporte </w:t>
      </w:r>
      <w:r w:rsidRPr="000D7738">
        <w:rPr>
          <w:rFonts w:ascii="Arial" w:hAnsi="Arial" w:cs="Arial"/>
          <w:sz w:val="20"/>
          <w:szCs w:val="20"/>
          <w:lang w:val="es-ES_tradnl"/>
        </w:rPr>
        <w:t>[número]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, domicilio a efectos de notificaciones en </w:t>
      </w:r>
      <w:r w:rsidRPr="000D7738">
        <w:rPr>
          <w:rFonts w:ascii="Arial" w:hAnsi="Arial" w:cs="Arial"/>
          <w:sz w:val="20"/>
          <w:szCs w:val="20"/>
          <w:lang w:val="es-ES_tradnl"/>
        </w:rPr>
        <w:t>[dirección completa]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, correo electrónico </w:t>
      </w:r>
      <w:r w:rsidRPr="000D7738">
        <w:rPr>
          <w:rFonts w:ascii="Arial" w:hAnsi="Arial" w:cs="Arial"/>
          <w:sz w:val="20"/>
          <w:szCs w:val="20"/>
          <w:lang w:val="es-ES_tradnl"/>
        </w:rPr>
        <w:t>[dirección]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y teléfono </w:t>
      </w:r>
      <w:r w:rsidRPr="000D7738">
        <w:rPr>
          <w:rFonts w:ascii="Arial" w:hAnsi="Arial" w:cs="Arial"/>
          <w:sz w:val="20"/>
          <w:szCs w:val="20"/>
          <w:lang w:val="es-ES_tradnl"/>
        </w:rPr>
        <w:t>[número, opcional]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, actuando en nombre propio [o representado/a por </w:t>
      </w:r>
      <w:r w:rsidRPr="000D7738">
        <w:rPr>
          <w:rFonts w:ascii="Arial" w:hAnsi="Arial" w:cs="Arial"/>
          <w:sz w:val="20"/>
          <w:szCs w:val="20"/>
          <w:lang w:val="es-ES_tradnl"/>
        </w:rPr>
        <w:t>[nombre y datos de la persona representante]</w:t>
      </w:r>
      <w:r w:rsidRPr="000D7738">
        <w:rPr>
          <w:rFonts w:ascii="Arial" w:hAnsi="Arial" w:cs="Arial"/>
          <w:sz w:val="20"/>
          <w:szCs w:val="20"/>
          <w:lang w:val="es-ES_tradnl"/>
        </w:rPr>
        <w:t>, según documento adjunto], comparece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y, como mejor proceda,</w:t>
      </w:r>
    </w:p>
    <w:p w14:paraId="71A54A57" w14:textId="5B08439C" w:rsidR="00724F10" w:rsidRPr="000D7738" w:rsidRDefault="000D7738" w:rsidP="000D7738">
      <w:pPr>
        <w:pStyle w:val="Ttulo2"/>
        <w:jc w:val="both"/>
        <w:rPr>
          <w:rFonts w:ascii="Arial" w:hAnsi="Arial" w:cs="Arial"/>
          <w:color w:val="auto"/>
          <w:sz w:val="20"/>
          <w:szCs w:val="20"/>
          <w:lang w:val="es-ES_tradnl"/>
        </w:rPr>
      </w:pPr>
      <w:r w:rsidRPr="000D7738">
        <w:rPr>
          <w:rFonts w:ascii="Arial" w:hAnsi="Arial" w:cs="Arial"/>
          <w:color w:val="auto"/>
          <w:sz w:val="20"/>
          <w:szCs w:val="20"/>
          <w:lang w:val="es-ES_tradnl"/>
        </w:rPr>
        <w:t>EXPONE</w:t>
      </w:r>
    </w:p>
    <w:p w14:paraId="67168C1D" w14:textId="77777777" w:rsidR="000D7738" w:rsidRPr="000D7738" w:rsidRDefault="000D7738" w:rsidP="000D7738">
      <w:pPr>
        <w:rPr>
          <w:lang w:val="es-ES_tradnl"/>
        </w:rPr>
      </w:pPr>
    </w:p>
    <w:p w14:paraId="6D21F0AD" w14:textId="59864D32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t>PRIMERO.-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Identificación del responsable.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La presente reclamación se dirige frente a </w:t>
      </w:r>
      <w:r>
        <w:rPr>
          <w:rFonts w:ascii="Arial" w:hAnsi="Arial" w:cs="Arial"/>
          <w:sz w:val="20"/>
          <w:szCs w:val="20"/>
          <w:lang w:val="es-ES_tradnl"/>
        </w:rPr>
        <w:t>los Testigos Cristianos de Jehová,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con domicilio en </w:t>
      </w:r>
      <w:r>
        <w:rPr>
          <w:rFonts w:ascii="Arial" w:hAnsi="Arial" w:cs="Arial"/>
          <w:sz w:val="20"/>
          <w:szCs w:val="20"/>
          <w:lang w:val="es-ES_tradnl"/>
        </w:rPr>
        <w:t xml:space="preserve">Carretera M-108, Torrejón de Ardoz – Ajalvir, km. 5, 28864, Madrid </w:t>
      </w:r>
      <w:r w:rsidRPr="000D7738">
        <w:rPr>
          <w:rFonts w:ascii="Arial" w:hAnsi="Arial" w:cs="Arial"/>
          <w:sz w:val="20"/>
          <w:szCs w:val="20"/>
          <w:lang w:val="es-ES_tradnl"/>
        </w:rPr>
        <w:t>por el tratamiento de mis datos personales</w:t>
      </w:r>
      <w:r w:rsidRPr="000D7738">
        <w:rPr>
          <w:rFonts w:ascii="Arial" w:hAnsi="Arial" w:cs="Arial"/>
          <w:sz w:val="20"/>
          <w:szCs w:val="20"/>
          <w:lang w:val="es-ES_tradnl"/>
        </w:rPr>
        <w:t>.</w:t>
      </w:r>
    </w:p>
    <w:p w14:paraId="4A1B0D77" w14:textId="7A067EB0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t>SEGUNDO.-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Solicitud previa de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supresión.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El día </w:t>
      </w:r>
      <w:r w:rsidRPr="000D7738">
        <w:rPr>
          <w:rFonts w:ascii="Arial" w:hAnsi="Arial" w:cs="Arial"/>
          <w:sz w:val="20"/>
          <w:szCs w:val="20"/>
          <w:lang w:val="es-ES_tradnl"/>
        </w:rPr>
        <w:t>[fecha]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ejercí ante dicha entidad el derecho de supresión mediante </w:t>
      </w:r>
      <w:r w:rsidRPr="000D7738">
        <w:rPr>
          <w:rFonts w:ascii="Arial" w:hAnsi="Arial" w:cs="Arial"/>
          <w:sz w:val="20"/>
          <w:szCs w:val="20"/>
          <w:lang w:val="es-ES_tradnl"/>
        </w:rPr>
        <w:t>[correo electrónico, formulario, burofax u otro medio]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, dirigido a </w:t>
      </w:r>
      <w:r>
        <w:rPr>
          <w:rFonts w:ascii="Arial" w:hAnsi="Arial" w:cs="Arial"/>
          <w:sz w:val="20"/>
          <w:szCs w:val="20"/>
          <w:lang w:val="es-ES_tradnl"/>
        </w:rPr>
        <w:t>la mencionada confesión religiosa.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Solicité la supresión de </w:t>
      </w:r>
      <w:r>
        <w:rPr>
          <w:rFonts w:ascii="Arial" w:hAnsi="Arial" w:cs="Arial"/>
          <w:sz w:val="20"/>
          <w:szCs w:val="20"/>
          <w:lang w:val="es-ES_tradnl"/>
        </w:rPr>
        <w:t>mis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datos </w:t>
      </w:r>
      <w:r>
        <w:rPr>
          <w:rFonts w:ascii="Arial" w:hAnsi="Arial" w:cs="Arial"/>
          <w:sz w:val="20"/>
          <w:szCs w:val="20"/>
          <w:lang w:val="es-ES_tradnl"/>
        </w:rPr>
        <w:t xml:space="preserve">personales, 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por </w:t>
      </w:r>
      <w:r w:rsidRPr="000D7738">
        <w:rPr>
          <w:rFonts w:ascii="Arial" w:hAnsi="Arial" w:cs="Arial"/>
          <w:sz w:val="20"/>
          <w:szCs w:val="20"/>
          <w:lang w:val="es-ES_tradnl"/>
        </w:rPr>
        <w:t>retirada del consentimiento cuando proceda</w:t>
      </w:r>
      <w:r>
        <w:rPr>
          <w:rFonts w:ascii="Arial" w:hAnsi="Arial" w:cs="Arial"/>
          <w:sz w:val="20"/>
          <w:szCs w:val="20"/>
          <w:lang w:val="es-ES_tradnl"/>
        </w:rPr>
        <w:t>.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Acompaño copia de la solicitud y del justificante de envío y r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ecepción como </w:t>
      </w:r>
      <w:r w:rsidRPr="000D7738">
        <w:rPr>
          <w:rFonts w:ascii="Arial" w:hAnsi="Arial" w:cs="Arial"/>
          <w:sz w:val="20"/>
          <w:szCs w:val="20"/>
          <w:lang w:val="es-ES_tradnl"/>
        </w:rPr>
        <w:t>documentos n.º 1 y 2</w:t>
      </w:r>
      <w:r w:rsidRPr="000D7738">
        <w:rPr>
          <w:rFonts w:ascii="Arial" w:hAnsi="Arial" w:cs="Arial"/>
          <w:sz w:val="20"/>
          <w:szCs w:val="20"/>
          <w:lang w:val="es-ES_tradnl"/>
        </w:rPr>
        <w:t>.</w:t>
      </w:r>
    </w:p>
    <w:p w14:paraId="0AE0685F" w14:textId="77777777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t>TERCERO.-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Falta de atención o respuesta insuficiente.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Transcurrido el plazo de un mes desde la recepción de mi solicitud, </w:t>
      </w:r>
      <w:r w:rsidRPr="000D7738">
        <w:rPr>
          <w:rFonts w:ascii="Arial" w:hAnsi="Arial" w:cs="Arial"/>
          <w:sz w:val="20"/>
          <w:szCs w:val="20"/>
          <w:lang w:val="es-ES_tradnl"/>
        </w:rPr>
        <w:t>[no he recibido respuesta / recibí respuesta el día [fecha], que deniega la supresión o no atiende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íntegramente la solicitud]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. En particular, </w:t>
      </w:r>
      <w:r w:rsidRPr="000D7738">
        <w:rPr>
          <w:rFonts w:ascii="Arial" w:hAnsi="Arial" w:cs="Arial"/>
          <w:sz w:val="20"/>
          <w:szCs w:val="20"/>
          <w:lang w:val="es-ES_tradnl"/>
        </w:rPr>
        <w:t>[describir con precisión los extremos no atendidos y, si procede, las razones dadas por la entidad]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. Aporto </w:t>
      </w:r>
      <w:r w:rsidRPr="000D7738">
        <w:rPr>
          <w:rFonts w:ascii="Arial" w:hAnsi="Arial" w:cs="Arial"/>
          <w:sz w:val="20"/>
          <w:szCs w:val="20"/>
          <w:lang w:val="es-ES_tradnl"/>
        </w:rPr>
        <w:t>[copia de la respuesta como documento n.º 3 / constancia de la ausencia de contestación y comunicaciones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posteriores]</w:t>
      </w:r>
      <w:r w:rsidRPr="000D7738">
        <w:rPr>
          <w:rFonts w:ascii="Arial" w:hAnsi="Arial" w:cs="Arial"/>
          <w:sz w:val="20"/>
          <w:szCs w:val="20"/>
          <w:lang w:val="es-ES_tradnl"/>
        </w:rPr>
        <w:t>. [Si la entidad comunicó dentro del primer mes una ampliación motivada del plazo, indicar fecha, motivos y fecha de vencimiento antes de afirmar que el plazo ha expirado.]</w:t>
      </w:r>
    </w:p>
    <w:p w14:paraId="5E10CBB1" w14:textId="6637180D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t>CUARTO.-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Datos objeto de la reclamación.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</w:t>
      </w:r>
      <w:r w:rsidRPr="000D7738">
        <w:rPr>
          <w:rFonts w:ascii="Arial" w:hAnsi="Arial" w:cs="Arial"/>
          <w:sz w:val="20"/>
          <w:szCs w:val="20"/>
          <w:lang w:val="es-ES_tradnl"/>
        </w:rPr>
        <w:t>No se pretende impedir la conservación de datos cuya retención r</w:t>
      </w:r>
      <w:r w:rsidRPr="000D7738">
        <w:rPr>
          <w:rFonts w:ascii="Arial" w:hAnsi="Arial" w:cs="Arial"/>
          <w:sz w:val="20"/>
          <w:szCs w:val="20"/>
          <w:lang w:val="es-ES_tradnl"/>
        </w:rPr>
        <w:t>esulte legalmente exigible o sea necesaria por una excepción aplicable al derecho de supresión; se solicita que cualquier conservación invocada se justifique de forma concreta, se limite a los datos y al tiempo necesarios y se comunique al interesado.</w:t>
      </w:r>
    </w:p>
    <w:p w14:paraId="45633492" w14:textId="6AA29D23" w:rsidR="00724F10" w:rsidRPr="000D7738" w:rsidRDefault="000D7738" w:rsidP="000D7738">
      <w:pPr>
        <w:pStyle w:val="Ttulo2"/>
        <w:jc w:val="both"/>
        <w:rPr>
          <w:rFonts w:ascii="Arial" w:hAnsi="Arial" w:cs="Arial"/>
          <w:color w:val="auto"/>
          <w:sz w:val="20"/>
          <w:szCs w:val="20"/>
          <w:lang w:val="es-ES_tradnl"/>
        </w:rPr>
      </w:pPr>
      <w:r w:rsidRPr="000D7738">
        <w:rPr>
          <w:rFonts w:ascii="Arial" w:hAnsi="Arial" w:cs="Arial"/>
          <w:color w:val="auto"/>
          <w:sz w:val="20"/>
          <w:szCs w:val="20"/>
          <w:lang w:val="es-ES_tradnl"/>
        </w:rPr>
        <w:t>FUND</w:t>
      </w:r>
      <w:r w:rsidRPr="000D7738">
        <w:rPr>
          <w:rFonts w:ascii="Arial" w:hAnsi="Arial" w:cs="Arial"/>
          <w:color w:val="auto"/>
          <w:sz w:val="20"/>
          <w:szCs w:val="20"/>
          <w:lang w:val="es-ES_tradnl"/>
        </w:rPr>
        <w:t>AMENTOS</w:t>
      </w:r>
    </w:p>
    <w:p w14:paraId="7B732F90" w14:textId="77777777" w:rsidR="000D7738" w:rsidRPr="000D7738" w:rsidRDefault="000D7738" w:rsidP="000D7738">
      <w:pPr>
        <w:rPr>
          <w:lang w:val="es-ES_tradnl"/>
        </w:rPr>
      </w:pPr>
    </w:p>
    <w:p w14:paraId="09E494C4" w14:textId="1F6114FF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t>PRIMERO.-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Derecho de supresión y alcance.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El artículo 17 del Reglamento (UE) 2016/679, General de Protección de Datos (RGPD), reconoce el derecho de supresión cuando concurra alguno de sus presupuestos, con las excepciones previstas en el mismo pre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cepto. El artículo 15 de la </w:t>
      </w:r>
      <w:r w:rsidRPr="000D7738">
        <w:rPr>
          <w:rFonts w:ascii="Arial" w:hAnsi="Arial" w:cs="Arial"/>
          <w:sz w:val="20"/>
          <w:szCs w:val="20"/>
          <w:lang w:val="es-ES_tradnl"/>
        </w:rPr>
        <w:t>Ley Orgánica 3/2018, de protección de datos personales y garantía de los derechos digitales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regula el ejercicio de este derecho en España. La condición religiosa de la entidad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no excluye por sí sola la aplicación de las normas de protección de datos; la procedencia de la supresión exige examinar el tratamiento y las excepciones concretas.</w:t>
      </w:r>
    </w:p>
    <w:p w14:paraId="212BE0DF" w14:textId="77777777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lastRenderedPageBreak/>
        <w:t>SEGUNDO.-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Obligación de responder.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Conforme al artículo 12.3 del RGPD, el responsable debe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informar de las actuaciones realizadas en relación con la solicitud sin dilación indebida y, en todo caso, dentro de un mes desde su recepción, salvo ampliación comunicada y motivada dentro de ese primer mes. Si no da curso a la petición, debe informar de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sus motivos y de la posibilidad de presentar una reclamación ante la autoridad de control, conforme al artículo 12.4 del RGPD.</w:t>
      </w:r>
    </w:p>
    <w:p w14:paraId="2B5E914C" w14:textId="76197D2B" w:rsidR="00724F10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t>TERCERO.-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Derecho a reclamar.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El artículo 77 del RGPD reconoce el derecho a presentar reclamación ante una autoridad de control.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Los artículos 63 y siguientes de la </w:t>
      </w:r>
      <w:r w:rsidRPr="000D7738">
        <w:rPr>
          <w:rFonts w:ascii="Arial" w:hAnsi="Arial" w:cs="Arial"/>
          <w:sz w:val="20"/>
          <w:szCs w:val="20"/>
          <w:lang w:val="es-ES_tradnl"/>
        </w:rPr>
        <w:t>Ley Orgánica 3/2018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regulan los procedimientos ante la Agencia Española de Protección de Datos, incluida la tramitación de reclamaciones por falta de atención del eje</w:t>
      </w:r>
      <w:r w:rsidRPr="000D7738">
        <w:rPr>
          <w:rFonts w:ascii="Arial" w:hAnsi="Arial" w:cs="Arial"/>
          <w:sz w:val="20"/>
          <w:szCs w:val="20"/>
          <w:lang w:val="es-ES_tradnl"/>
        </w:rPr>
        <w:t>rcicio de derechos, sin perjuicio de la competencia que corresponda a otra autoridad de control en el caso concreto.</w:t>
      </w:r>
    </w:p>
    <w:p w14:paraId="4AE3E35D" w14:textId="77777777" w:rsidR="000D7738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65F8D29F" w14:textId="239653A8" w:rsidR="00724F10" w:rsidRPr="000D7738" w:rsidRDefault="000D7738" w:rsidP="000D7738">
      <w:pPr>
        <w:pStyle w:val="Ttulo2"/>
        <w:jc w:val="both"/>
        <w:rPr>
          <w:rFonts w:ascii="Arial" w:hAnsi="Arial" w:cs="Arial"/>
          <w:color w:val="auto"/>
          <w:sz w:val="20"/>
          <w:szCs w:val="20"/>
          <w:lang w:val="es-ES_tradnl"/>
        </w:rPr>
      </w:pPr>
      <w:r w:rsidRPr="000D7738">
        <w:rPr>
          <w:rFonts w:ascii="Arial" w:hAnsi="Arial" w:cs="Arial"/>
          <w:color w:val="auto"/>
          <w:sz w:val="20"/>
          <w:szCs w:val="20"/>
          <w:lang w:val="es-ES_tradnl"/>
        </w:rPr>
        <w:t>SOLICITA</w:t>
      </w:r>
    </w:p>
    <w:p w14:paraId="59142AF2" w14:textId="77777777" w:rsidR="000D7738" w:rsidRPr="000D7738" w:rsidRDefault="000D7738" w:rsidP="000D7738">
      <w:pPr>
        <w:rPr>
          <w:lang w:val="es-ES_tradnl"/>
        </w:rPr>
      </w:pPr>
    </w:p>
    <w:p w14:paraId="15B4F894" w14:textId="77777777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0D7738">
        <w:rPr>
          <w:rFonts w:ascii="Arial" w:hAnsi="Arial" w:cs="Arial"/>
          <w:sz w:val="20"/>
          <w:szCs w:val="20"/>
          <w:lang w:val="es-ES_tradnl"/>
        </w:rPr>
        <w:t xml:space="preserve">Que la </w:t>
      </w:r>
      <w:r w:rsidRPr="000D7738">
        <w:rPr>
          <w:rFonts w:ascii="Arial" w:hAnsi="Arial" w:cs="Arial"/>
          <w:sz w:val="20"/>
          <w:szCs w:val="20"/>
          <w:lang w:val="es-ES_tradnl"/>
        </w:rPr>
        <w:t>Agencia Española de Protección de Datos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tenga por presentado este escrito con sus anexos, admita la reclamación y, previas </w:t>
      </w:r>
      <w:r w:rsidRPr="000D7738">
        <w:rPr>
          <w:rFonts w:ascii="Arial" w:hAnsi="Arial" w:cs="Arial"/>
          <w:sz w:val="20"/>
          <w:szCs w:val="20"/>
          <w:lang w:val="es-ES_tradnl"/>
        </w:rPr>
        <w:t>las actuaciones oportunas:</w:t>
      </w:r>
    </w:p>
    <w:p w14:paraId="5AB0FEEF" w14:textId="4AEEAFBC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t>PRIMERO.-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Examine la falta de respuesta o la respuesta insuficiente de </w:t>
      </w:r>
      <w:r>
        <w:rPr>
          <w:rFonts w:ascii="Arial" w:hAnsi="Arial" w:cs="Arial"/>
          <w:sz w:val="20"/>
          <w:szCs w:val="20"/>
          <w:lang w:val="es-ES_tradnl"/>
        </w:rPr>
        <w:t>los Testigos Cristianos de Jehová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a la solicitud presentada el </w:t>
      </w:r>
      <w:r w:rsidRPr="000D7738">
        <w:rPr>
          <w:rFonts w:ascii="Arial" w:hAnsi="Arial" w:cs="Arial"/>
          <w:sz w:val="20"/>
          <w:szCs w:val="20"/>
          <w:lang w:val="es-ES_tradnl"/>
        </w:rPr>
        <w:t>[fecha]</w:t>
      </w:r>
      <w:r w:rsidRPr="000D7738">
        <w:rPr>
          <w:rFonts w:ascii="Arial" w:hAnsi="Arial" w:cs="Arial"/>
          <w:sz w:val="20"/>
          <w:szCs w:val="20"/>
          <w:lang w:val="es-ES_tradnl"/>
        </w:rPr>
        <w:t>.</w:t>
      </w:r>
    </w:p>
    <w:p w14:paraId="5331075E" w14:textId="5243C96C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t>SEGUNDO.-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Determine si procede atender el derecho de supresión respecto de </w:t>
      </w:r>
      <w:r>
        <w:rPr>
          <w:rFonts w:ascii="Arial" w:hAnsi="Arial" w:cs="Arial"/>
          <w:sz w:val="20"/>
          <w:szCs w:val="20"/>
          <w:lang w:val="es-ES_tradnl"/>
        </w:rPr>
        <w:t xml:space="preserve">mis datos personales </w:t>
      </w:r>
      <w:r w:rsidRPr="000D7738">
        <w:rPr>
          <w:rFonts w:ascii="Arial" w:hAnsi="Arial" w:cs="Arial"/>
          <w:sz w:val="20"/>
          <w:szCs w:val="20"/>
          <w:lang w:val="es-ES_tradnl"/>
        </w:rPr>
        <w:t>y, en su caso, requiera al responsable para que lo haga efectivo y me comunique las actuaciones realizadas; si invoca una causa de conservación o una excepción, que la identifique y motive de forma específica.</w:t>
      </w:r>
    </w:p>
    <w:p w14:paraId="1AF4743F" w14:textId="77777777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t>TERCERO.-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En caso de r</w:t>
      </w:r>
      <w:r w:rsidRPr="000D7738">
        <w:rPr>
          <w:rFonts w:ascii="Arial" w:hAnsi="Arial" w:cs="Arial"/>
          <w:sz w:val="20"/>
          <w:szCs w:val="20"/>
          <w:lang w:val="es-ES_tradnl"/>
        </w:rPr>
        <w:t>esultar aplicable y procedente, valore las restantes medidas previstas por la normativa de protección de datos, incluida la comunicación de la supresión a destinatarios de los datos conforme al artículo 19 del RGPD, cuando corresponda.</w:t>
      </w:r>
    </w:p>
    <w:p w14:paraId="2F1C5939" w14:textId="77777777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proofErr w:type="gramStart"/>
      <w:r w:rsidRPr="000D7738">
        <w:rPr>
          <w:rFonts w:ascii="Arial" w:hAnsi="Arial" w:cs="Arial"/>
          <w:sz w:val="20"/>
          <w:szCs w:val="20"/>
          <w:lang w:val="es-ES_tradnl"/>
        </w:rPr>
        <w:t>CUARTO.-</w:t>
      </w:r>
      <w:proofErr w:type="gramEnd"/>
      <w:r w:rsidRPr="000D7738">
        <w:rPr>
          <w:rFonts w:ascii="Arial" w:hAnsi="Arial" w:cs="Arial"/>
          <w:sz w:val="20"/>
          <w:szCs w:val="20"/>
          <w:lang w:val="es-ES_tradnl"/>
        </w:rPr>
        <w:t xml:space="preserve"> Me notifiqu</w:t>
      </w:r>
      <w:r w:rsidRPr="000D7738">
        <w:rPr>
          <w:rFonts w:ascii="Arial" w:hAnsi="Arial" w:cs="Arial"/>
          <w:sz w:val="20"/>
          <w:szCs w:val="20"/>
          <w:lang w:val="es-ES_tradnl"/>
        </w:rPr>
        <w:t>e las actuaciones y la resolución en la dirección señalada a efectos de notificaciones.</w:t>
      </w:r>
    </w:p>
    <w:p w14:paraId="6D97AC5B" w14:textId="77777777" w:rsidR="00724F10" w:rsidRPr="000D7738" w:rsidRDefault="000D7738" w:rsidP="000D7738">
      <w:pPr>
        <w:pStyle w:val="Ttulo2"/>
        <w:jc w:val="both"/>
        <w:rPr>
          <w:rFonts w:ascii="Arial" w:hAnsi="Arial" w:cs="Arial"/>
          <w:b w:val="0"/>
          <w:bCs w:val="0"/>
          <w:color w:val="auto"/>
          <w:sz w:val="20"/>
          <w:szCs w:val="20"/>
          <w:lang w:val="es-ES_tradnl"/>
        </w:rPr>
      </w:pPr>
      <w:r w:rsidRPr="000D7738">
        <w:rPr>
          <w:rFonts w:ascii="Arial" w:hAnsi="Arial" w:cs="Arial"/>
          <w:b w:val="0"/>
          <w:bCs w:val="0"/>
          <w:color w:val="auto"/>
          <w:sz w:val="20"/>
          <w:szCs w:val="20"/>
          <w:lang w:val="es-ES_tradnl"/>
        </w:rPr>
        <w:t>DOCUMENTOS QUE SE ACOMPAÑAN</w:t>
      </w:r>
    </w:p>
    <w:p w14:paraId="6EBC184A" w14:textId="77777777" w:rsidR="00724F10" w:rsidRPr="000D7738" w:rsidRDefault="000D7738" w:rsidP="000D7738">
      <w:pPr>
        <w:pStyle w:val="Listaconvietas"/>
        <w:jc w:val="both"/>
        <w:rPr>
          <w:rFonts w:ascii="Arial" w:hAnsi="Arial" w:cs="Arial"/>
          <w:sz w:val="20"/>
          <w:szCs w:val="20"/>
          <w:lang w:val="es-ES_tradnl"/>
        </w:rPr>
      </w:pPr>
      <w:r w:rsidRPr="000D7738">
        <w:rPr>
          <w:rFonts w:ascii="Arial" w:hAnsi="Arial" w:cs="Arial"/>
          <w:sz w:val="20"/>
          <w:szCs w:val="20"/>
          <w:lang w:val="es-ES_tradnl"/>
        </w:rPr>
        <w:t>Documento n.º 1: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copia de la solicitud de supresión dirigida al responsable.</w:t>
      </w:r>
    </w:p>
    <w:p w14:paraId="40FCCB30" w14:textId="77777777" w:rsidR="00724F10" w:rsidRPr="000D7738" w:rsidRDefault="000D7738" w:rsidP="000D7738">
      <w:pPr>
        <w:pStyle w:val="Listaconvietas"/>
        <w:jc w:val="both"/>
        <w:rPr>
          <w:rFonts w:ascii="Arial" w:hAnsi="Arial" w:cs="Arial"/>
          <w:sz w:val="20"/>
          <w:szCs w:val="20"/>
          <w:lang w:val="es-ES_tradnl"/>
        </w:rPr>
      </w:pPr>
      <w:r w:rsidRPr="000D7738">
        <w:rPr>
          <w:rFonts w:ascii="Arial" w:hAnsi="Arial" w:cs="Arial"/>
          <w:sz w:val="20"/>
          <w:szCs w:val="20"/>
          <w:lang w:val="es-ES_tradnl"/>
        </w:rPr>
        <w:t>Documento n.º 2: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justificante de envío y recepción de la solici</w:t>
      </w:r>
      <w:r w:rsidRPr="000D7738">
        <w:rPr>
          <w:rFonts w:ascii="Arial" w:hAnsi="Arial" w:cs="Arial"/>
          <w:sz w:val="20"/>
          <w:szCs w:val="20"/>
          <w:lang w:val="es-ES_tradnl"/>
        </w:rPr>
        <w:t>tud, con fecha acreditada.</w:t>
      </w:r>
    </w:p>
    <w:p w14:paraId="3D0BD777" w14:textId="77777777" w:rsidR="00724F10" w:rsidRPr="000D7738" w:rsidRDefault="000D7738" w:rsidP="000D7738">
      <w:pPr>
        <w:pStyle w:val="Listaconvietas"/>
        <w:jc w:val="both"/>
        <w:rPr>
          <w:rFonts w:ascii="Arial" w:hAnsi="Arial" w:cs="Arial"/>
          <w:sz w:val="20"/>
          <w:szCs w:val="20"/>
          <w:lang w:val="es-ES_tradnl"/>
        </w:rPr>
      </w:pPr>
      <w:r w:rsidRPr="000D7738">
        <w:rPr>
          <w:rFonts w:ascii="Arial" w:hAnsi="Arial" w:cs="Arial"/>
          <w:sz w:val="20"/>
          <w:szCs w:val="20"/>
          <w:lang w:val="es-ES_tradnl"/>
        </w:rPr>
        <w:t>Documento n.º 3: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respuesta recibida, si la hubo, y comunicaciones posteriores.</w:t>
      </w:r>
    </w:p>
    <w:p w14:paraId="0A55C0B5" w14:textId="77777777" w:rsidR="00724F10" w:rsidRPr="000D7738" w:rsidRDefault="000D7738" w:rsidP="000D7738">
      <w:pPr>
        <w:pStyle w:val="Listaconvietas"/>
        <w:jc w:val="both"/>
        <w:rPr>
          <w:rFonts w:ascii="Arial" w:hAnsi="Arial" w:cs="Arial"/>
          <w:sz w:val="20"/>
          <w:szCs w:val="20"/>
          <w:lang w:val="es-ES_tradnl"/>
        </w:rPr>
      </w:pPr>
      <w:r w:rsidRPr="000D7738">
        <w:rPr>
          <w:rFonts w:ascii="Arial" w:hAnsi="Arial" w:cs="Arial"/>
          <w:sz w:val="20"/>
          <w:szCs w:val="20"/>
          <w:lang w:val="es-ES_tradnl"/>
        </w:rPr>
        <w:t>Documento n.º 4: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pruebas del tratamiento o de la persistencia de los datos objeto de la petición, si se dispone de ellas.</w:t>
      </w:r>
    </w:p>
    <w:p w14:paraId="16CE9661" w14:textId="77777777" w:rsidR="00724F10" w:rsidRPr="000D7738" w:rsidRDefault="000D7738" w:rsidP="000D7738">
      <w:pPr>
        <w:pStyle w:val="Listaconvietas"/>
        <w:jc w:val="both"/>
        <w:rPr>
          <w:rFonts w:ascii="Arial" w:hAnsi="Arial" w:cs="Arial"/>
          <w:sz w:val="20"/>
          <w:szCs w:val="20"/>
          <w:lang w:val="es-ES_tradnl"/>
        </w:rPr>
      </w:pPr>
      <w:r w:rsidRPr="000D7738">
        <w:rPr>
          <w:rFonts w:ascii="Arial" w:hAnsi="Arial" w:cs="Arial"/>
          <w:sz w:val="20"/>
          <w:szCs w:val="20"/>
          <w:lang w:val="es-ES_tradnl"/>
        </w:rPr>
        <w:t>Documento n.º 5: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acreditació</w:t>
      </w:r>
      <w:r w:rsidRPr="000D7738">
        <w:rPr>
          <w:rFonts w:ascii="Arial" w:hAnsi="Arial" w:cs="Arial"/>
          <w:sz w:val="20"/>
          <w:szCs w:val="20"/>
          <w:lang w:val="es-ES_tradnl"/>
        </w:rPr>
        <w:t>n de representación, si se actúa mediante representante.</w:t>
      </w:r>
    </w:p>
    <w:p w14:paraId="0E6BCAAD" w14:textId="77777777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0D7738">
        <w:rPr>
          <w:rFonts w:ascii="Arial" w:hAnsi="Arial" w:cs="Arial"/>
          <w:sz w:val="20"/>
          <w:szCs w:val="20"/>
          <w:lang w:val="es-ES_tradnl"/>
        </w:rPr>
        <w:t xml:space="preserve">En </w:t>
      </w:r>
      <w:r w:rsidRPr="000D7738">
        <w:rPr>
          <w:rFonts w:ascii="Arial" w:hAnsi="Arial" w:cs="Arial"/>
          <w:sz w:val="20"/>
          <w:szCs w:val="20"/>
          <w:lang w:val="es-ES_tradnl"/>
        </w:rPr>
        <w:t>[localidad]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, a </w:t>
      </w:r>
      <w:r w:rsidRPr="000D7738">
        <w:rPr>
          <w:rFonts w:ascii="Arial" w:hAnsi="Arial" w:cs="Arial"/>
          <w:sz w:val="20"/>
          <w:szCs w:val="20"/>
          <w:lang w:val="es-ES_tradnl"/>
        </w:rPr>
        <w:t>[fecha]</w:t>
      </w:r>
      <w:r w:rsidRPr="000D7738">
        <w:rPr>
          <w:rFonts w:ascii="Arial" w:hAnsi="Arial" w:cs="Arial"/>
          <w:sz w:val="20"/>
          <w:szCs w:val="20"/>
          <w:lang w:val="es-ES_tradnl"/>
        </w:rPr>
        <w:t>.</w:t>
      </w:r>
    </w:p>
    <w:p w14:paraId="584B149B" w14:textId="77777777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0D7738">
        <w:rPr>
          <w:rFonts w:ascii="Arial" w:hAnsi="Arial" w:cs="Arial"/>
          <w:sz w:val="20"/>
          <w:szCs w:val="20"/>
          <w:lang w:val="es-ES_tradnl"/>
        </w:rPr>
        <w:t>Firma:</w:t>
      </w:r>
      <w:r w:rsidRPr="000D7738">
        <w:rPr>
          <w:rFonts w:ascii="Arial" w:hAnsi="Arial" w:cs="Arial"/>
          <w:sz w:val="20"/>
          <w:szCs w:val="20"/>
          <w:lang w:val="es-ES_tradnl"/>
        </w:rPr>
        <w:t xml:space="preserve"> __________________________</w:t>
      </w:r>
    </w:p>
    <w:p w14:paraId="53625C45" w14:textId="77777777" w:rsidR="00724F10" w:rsidRPr="000D7738" w:rsidRDefault="000D7738" w:rsidP="000D7738">
      <w:pPr>
        <w:jc w:val="both"/>
        <w:rPr>
          <w:rFonts w:ascii="Arial" w:hAnsi="Arial" w:cs="Arial"/>
          <w:sz w:val="20"/>
          <w:szCs w:val="20"/>
          <w:lang w:val="es-ES_tradnl"/>
        </w:rPr>
      </w:pPr>
      <w:r w:rsidRPr="000D7738">
        <w:rPr>
          <w:rFonts w:ascii="Arial" w:hAnsi="Arial" w:cs="Arial"/>
          <w:sz w:val="20"/>
          <w:szCs w:val="20"/>
          <w:lang w:val="es-ES_tradnl"/>
        </w:rPr>
        <w:t>[Nombre y apellidos de la persona reclamante o representante]</w:t>
      </w:r>
    </w:p>
    <w:sectPr w:rsidR="00724F10" w:rsidRPr="000D773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738"/>
    <w:rsid w:val="0015074B"/>
    <w:rsid w:val="0029639D"/>
    <w:rsid w:val="00326F90"/>
    <w:rsid w:val="00724F1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DDF7E"/>
  <w14:defaultImageDpi w14:val="300"/>
  <w15:docId w15:val="{04D4104D-59CE-4934-A386-612F4C665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817</Words>
  <Characters>4499</Characters>
  <Application>Microsoft Office Word</Application>
  <DocSecurity>0</DocSecurity>
  <Lines>37</Lines>
  <Paragraphs>10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/>
      <vt:lpstr>Reclamación ante la Agencia Española de Protección de Datos por falta de atenció</vt:lpstr>
      <vt:lpstr>    EXPONE</vt:lpstr>
      <vt:lpstr>    FUNDAMENTOS</vt:lpstr>
      <vt:lpstr>    SOLICITA</vt:lpstr>
      <vt:lpstr>    DOCUMENTOS QUE SE ACOMPAÑAN</vt:lpstr>
      <vt:lpstr/>
    </vt:vector>
  </TitlesOfParts>
  <Manager/>
  <Company/>
  <LinksUpToDate>false</LinksUpToDate>
  <CharactersWithSpaces>5306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reclamación ante la AEPD por derecho de supresión</dc:title>
  <dc:subject/>
  <dc:creator>AEVTJ</dc:creator>
  <cp:keywords/>
  <dc:description/>
  <cp:lastModifiedBy>AEVTJ</cp:lastModifiedBy>
  <cp:revision>2</cp:revision>
  <dcterms:created xsi:type="dcterms:W3CDTF">2026-10-03T08:11:00Z</dcterms:created>
  <dcterms:modified xsi:type="dcterms:W3CDTF">2026-10-03T08:11:00Z</dcterms:modified>
  <cp:category/>
</cp:coreProperties>
</file>