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5C416" w14:textId="6186AF06" w:rsidR="006112AB" w:rsidRPr="0059752B" w:rsidRDefault="0059752B">
      <w:pPr>
        <w:pStyle w:val="Ttulo2"/>
        <w:rPr>
          <w:rFonts w:ascii="Arial" w:hAnsi="Arial" w:cs="Arial"/>
          <w:color w:val="auto"/>
          <w:sz w:val="20"/>
          <w:szCs w:val="20"/>
          <w:lang w:val="es-ES_tradnl"/>
        </w:rPr>
      </w:pPr>
      <w:r w:rsidRPr="0059752B">
        <w:rPr>
          <w:rFonts w:ascii="Arial" w:hAnsi="Arial" w:cs="Arial"/>
          <w:color w:val="auto"/>
          <w:sz w:val="20"/>
          <w:szCs w:val="20"/>
          <w:lang w:val="es-ES_tradnl"/>
        </w:rPr>
        <w:t>Cómo suprimir tus datos personales ante</w:t>
      </w:r>
      <w:r w:rsidR="00D6518B" w:rsidRPr="0059752B">
        <w:rPr>
          <w:rFonts w:ascii="Arial" w:hAnsi="Arial" w:cs="Arial"/>
          <w:color w:val="auto"/>
          <w:sz w:val="20"/>
          <w:szCs w:val="20"/>
          <w:lang w:val="es-ES_tradnl"/>
        </w:rPr>
        <w:t xml:space="preserve"> </w:t>
      </w:r>
      <w:r w:rsidRPr="0059752B">
        <w:rPr>
          <w:rFonts w:ascii="Arial" w:hAnsi="Arial" w:cs="Arial"/>
          <w:color w:val="auto"/>
          <w:sz w:val="20"/>
          <w:szCs w:val="20"/>
          <w:lang w:val="es-ES_tradnl"/>
        </w:rPr>
        <w:t>los Testigos de Jehová</w:t>
      </w:r>
      <w:r w:rsidRPr="0059752B">
        <w:rPr>
          <w:rFonts w:ascii="Arial" w:hAnsi="Arial" w:cs="Arial"/>
          <w:color w:val="auto"/>
          <w:sz w:val="20"/>
          <w:szCs w:val="20"/>
          <w:lang w:val="es-ES_tradnl"/>
        </w:rPr>
        <w:t xml:space="preserve"> (</w:t>
      </w:r>
      <w:r w:rsidR="00D6518B" w:rsidRPr="0059752B">
        <w:rPr>
          <w:rFonts w:ascii="Arial" w:hAnsi="Arial" w:cs="Arial"/>
          <w:color w:val="auto"/>
          <w:sz w:val="20"/>
          <w:szCs w:val="20"/>
          <w:lang w:val="es-ES_tradnl"/>
        </w:rPr>
        <w:t>derecho de supresión</w:t>
      </w:r>
      <w:r w:rsidRPr="0059752B">
        <w:rPr>
          <w:rFonts w:ascii="Arial" w:hAnsi="Arial" w:cs="Arial"/>
          <w:color w:val="auto"/>
          <w:sz w:val="20"/>
          <w:szCs w:val="20"/>
          <w:lang w:val="es-ES_tradnl"/>
        </w:rPr>
        <w:t>)</w:t>
      </w:r>
    </w:p>
    <w:p w14:paraId="029E5602" w14:textId="618469F9"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 xml:space="preserve">Cualquier persona puede ejercer su </w:t>
      </w:r>
      <w:r w:rsidRPr="0059752B">
        <w:rPr>
          <w:rFonts w:ascii="Arial" w:hAnsi="Arial" w:cs="Arial"/>
          <w:color w:val="auto"/>
          <w:sz w:val="20"/>
          <w:szCs w:val="20"/>
          <w:lang w:val="es-ES_tradnl"/>
        </w:rPr>
        <w:t>derecho de supresión</w:t>
      </w:r>
      <w:r w:rsidRPr="0059752B">
        <w:rPr>
          <w:rFonts w:ascii="Arial" w:hAnsi="Arial" w:cs="Arial"/>
          <w:color w:val="auto"/>
          <w:sz w:val="20"/>
          <w:szCs w:val="20"/>
          <w:lang w:val="es-ES_tradnl"/>
        </w:rPr>
        <w:t xml:space="preserve"> respecto de sus datos personales ante el responsable del trata</w:t>
      </w:r>
      <w:r w:rsidRPr="0059752B">
        <w:rPr>
          <w:rFonts w:ascii="Arial" w:hAnsi="Arial" w:cs="Arial"/>
          <w:color w:val="auto"/>
          <w:sz w:val="20"/>
          <w:szCs w:val="20"/>
          <w:lang w:val="es-ES_tradnl"/>
        </w:rPr>
        <w:t>miento.</w:t>
      </w:r>
      <w:r w:rsidR="0059752B">
        <w:rPr>
          <w:rFonts w:ascii="Arial" w:hAnsi="Arial" w:cs="Arial"/>
          <w:color w:val="auto"/>
          <w:sz w:val="20"/>
          <w:szCs w:val="20"/>
          <w:lang w:val="es-ES_tradnl"/>
        </w:rPr>
        <w:t xml:space="preserve"> </w:t>
      </w:r>
      <w:r w:rsidRPr="0059752B">
        <w:rPr>
          <w:rFonts w:ascii="Arial" w:hAnsi="Arial" w:cs="Arial"/>
          <w:color w:val="auto"/>
          <w:sz w:val="20"/>
          <w:szCs w:val="20"/>
          <w:lang w:val="es-ES_tradnl"/>
        </w:rPr>
        <w:t xml:space="preserve">Si la </w:t>
      </w:r>
      <w:r w:rsidR="0059752B">
        <w:rPr>
          <w:rFonts w:ascii="Arial" w:hAnsi="Arial" w:cs="Arial"/>
          <w:color w:val="auto"/>
          <w:sz w:val="20"/>
          <w:szCs w:val="20"/>
          <w:lang w:val="es-ES_tradnl"/>
        </w:rPr>
        <w:t>organización</w:t>
      </w:r>
      <w:r w:rsidRPr="0059752B">
        <w:rPr>
          <w:rFonts w:ascii="Arial" w:hAnsi="Arial" w:cs="Arial"/>
          <w:color w:val="auto"/>
          <w:sz w:val="20"/>
          <w:szCs w:val="20"/>
          <w:lang w:val="es-ES_tradnl"/>
        </w:rPr>
        <w:t xml:space="preserve"> trata datos personales de una persona, esta puede pedir que se supriman cuando proceda conforme al RGPD y la LOPDGDD.</w:t>
      </w:r>
      <w:r w:rsidR="0059752B">
        <w:rPr>
          <w:rFonts w:ascii="Arial" w:hAnsi="Arial" w:cs="Arial"/>
          <w:color w:val="auto"/>
          <w:sz w:val="20"/>
          <w:szCs w:val="20"/>
          <w:lang w:val="es-ES_tradnl"/>
        </w:rPr>
        <w:t xml:space="preserve"> </w:t>
      </w:r>
      <w:r w:rsidRPr="0059752B">
        <w:rPr>
          <w:rFonts w:ascii="Arial" w:hAnsi="Arial" w:cs="Arial"/>
          <w:color w:val="auto"/>
          <w:sz w:val="20"/>
          <w:szCs w:val="20"/>
          <w:lang w:val="es-ES_tradnl"/>
        </w:rPr>
        <w:t>En este caso, la solicitud puede dirigirse al DPD en:</w:t>
      </w:r>
    </w:p>
    <w:p w14:paraId="0F563DFB" w14:textId="19E612D1"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DataProtectionOfficer.ES@jw.org</w:t>
      </w:r>
    </w:p>
    <w:p w14:paraId="7A9482F3" w14:textId="77777777" w:rsidR="006112AB" w:rsidRPr="0059752B" w:rsidRDefault="006112AB">
      <w:pPr>
        <w:pBdr>
          <w:bottom w:val="single" w:sz="6" w:space="1" w:color="auto"/>
        </w:pBdr>
        <w:rPr>
          <w:rFonts w:ascii="Arial" w:hAnsi="Arial" w:cs="Arial"/>
          <w:color w:val="auto"/>
          <w:sz w:val="20"/>
          <w:szCs w:val="20"/>
          <w:lang w:val="es-ES_tradnl"/>
        </w:rPr>
      </w:pPr>
    </w:p>
    <w:p w14:paraId="31DE9A61"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La persona debe solicitar de forma clara:</w:t>
      </w:r>
    </w:p>
    <w:p w14:paraId="43D55959"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 xml:space="preserve">la </w:t>
      </w:r>
      <w:r w:rsidRPr="0059752B">
        <w:rPr>
          <w:rFonts w:ascii="Arial" w:hAnsi="Arial" w:cs="Arial"/>
          <w:color w:val="auto"/>
          <w:sz w:val="20"/>
          <w:szCs w:val="20"/>
          <w:lang w:val="es-ES_tradnl"/>
        </w:rPr>
        <w:t>supresión de todos sus datos personales</w:t>
      </w:r>
      <w:r w:rsidRPr="0059752B">
        <w:rPr>
          <w:rFonts w:ascii="Arial" w:hAnsi="Arial" w:cs="Arial"/>
          <w:color w:val="auto"/>
          <w:sz w:val="20"/>
          <w:szCs w:val="20"/>
          <w:lang w:val="es-ES_tradnl"/>
        </w:rPr>
        <w:t>;</w:t>
      </w:r>
    </w:p>
    <w:p w14:paraId="6AD18A90"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el cese de cualquier tratamiento futuro, salvo el estrictamente necesario para cumplir obligaciones legales;</w:t>
      </w:r>
    </w:p>
    <w:p w14:paraId="03BDB159"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c</w:t>
      </w:r>
      <w:r w:rsidRPr="0059752B">
        <w:rPr>
          <w:rFonts w:ascii="Arial" w:hAnsi="Arial" w:cs="Arial"/>
          <w:color w:val="auto"/>
          <w:sz w:val="20"/>
          <w:szCs w:val="20"/>
          <w:lang w:val="es-ES_tradnl"/>
        </w:rPr>
        <w:t>onfirmación escrita de:</w:t>
      </w:r>
    </w:p>
    <w:p w14:paraId="1F4960B3" w14:textId="77777777" w:rsidR="006112AB" w:rsidRPr="0059752B" w:rsidRDefault="00D6518B">
      <w:pPr>
        <w:pStyle w:val="Listaconvietas"/>
        <w:spacing w:line="240" w:lineRule="auto"/>
        <w:ind w:left="1440"/>
        <w:rPr>
          <w:rFonts w:ascii="Arial" w:hAnsi="Arial" w:cs="Arial"/>
          <w:color w:val="auto"/>
          <w:sz w:val="20"/>
          <w:szCs w:val="20"/>
          <w:lang w:val="es-ES_tradnl"/>
        </w:rPr>
      </w:pPr>
      <w:r w:rsidRPr="0059752B">
        <w:rPr>
          <w:rFonts w:ascii="Arial" w:hAnsi="Arial" w:cs="Arial"/>
          <w:color w:val="auto"/>
          <w:sz w:val="20"/>
          <w:szCs w:val="20"/>
          <w:lang w:val="es-ES_tradnl"/>
        </w:rPr>
        <w:t>qué datos están tratando;</w:t>
      </w:r>
    </w:p>
    <w:p w14:paraId="5D0F83CC" w14:textId="77777777" w:rsidR="006112AB" w:rsidRPr="0059752B" w:rsidRDefault="00D6518B">
      <w:pPr>
        <w:pStyle w:val="Listaconvietas"/>
        <w:spacing w:line="240" w:lineRule="auto"/>
        <w:ind w:left="1440"/>
        <w:rPr>
          <w:rFonts w:ascii="Arial" w:hAnsi="Arial" w:cs="Arial"/>
          <w:color w:val="auto"/>
          <w:sz w:val="20"/>
          <w:szCs w:val="20"/>
          <w:lang w:val="es-ES_tradnl"/>
        </w:rPr>
      </w:pPr>
      <w:r w:rsidRPr="0059752B">
        <w:rPr>
          <w:rFonts w:ascii="Arial" w:hAnsi="Arial" w:cs="Arial"/>
          <w:color w:val="auto"/>
          <w:sz w:val="20"/>
          <w:szCs w:val="20"/>
          <w:lang w:val="es-ES_tradnl"/>
        </w:rPr>
        <w:t>de dónde los obtuvieron;</w:t>
      </w:r>
    </w:p>
    <w:p w14:paraId="374021F8" w14:textId="77777777" w:rsidR="006112AB" w:rsidRPr="0059752B" w:rsidRDefault="00D6518B">
      <w:pPr>
        <w:pStyle w:val="Listaconvietas"/>
        <w:spacing w:line="240" w:lineRule="auto"/>
        <w:ind w:left="1440"/>
        <w:rPr>
          <w:rFonts w:ascii="Arial" w:hAnsi="Arial" w:cs="Arial"/>
          <w:color w:val="auto"/>
          <w:sz w:val="20"/>
          <w:szCs w:val="20"/>
          <w:lang w:val="es-ES_tradnl"/>
        </w:rPr>
      </w:pPr>
      <w:r w:rsidRPr="0059752B">
        <w:rPr>
          <w:rFonts w:ascii="Arial" w:hAnsi="Arial" w:cs="Arial"/>
          <w:color w:val="auto"/>
          <w:sz w:val="20"/>
          <w:szCs w:val="20"/>
          <w:lang w:val="es-ES_tradnl"/>
        </w:rPr>
        <w:t>con qué finalidad los usan;</w:t>
      </w:r>
    </w:p>
    <w:p w14:paraId="32640069" w14:textId="77777777" w:rsidR="006112AB" w:rsidRPr="0059752B" w:rsidRDefault="00D6518B">
      <w:pPr>
        <w:pStyle w:val="Listaconvietas"/>
        <w:spacing w:line="240" w:lineRule="auto"/>
        <w:ind w:left="1440"/>
        <w:rPr>
          <w:rFonts w:ascii="Arial" w:hAnsi="Arial" w:cs="Arial"/>
          <w:color w:val="auto"/>
          <w:sz w:val="20"/>
          <w:szCs w:val="20"/>
          <w:lang w:val="es-ES_tradnl"/>
        </w:rPr>
      </w:pPr>
      <w:r w:rsidRPr="0059752B">
        <w:rPr>
          <w:rFonts w:ascii="Arial" w:hAnsi="Arial" w:cs="Arial"/>
          <w:color w:val="auto"/>
          <w:sz w:val="20"/>
          <w:szCs w:val="20"/>
          <w:lang w:val="es-ES_tradnl"/>
        </w:rPr>
        <w:t>a quién los han comunicado;</w:t>
      </w:r>
    </w:p>
    <w:p w14:paraId="41708367" w14:textId="77777777" w:rsidR="006112AB" w:rsidRPr="0059752B" w:rsidRDefault="00D6518B">
      <w:pPr>
        <w:pStyle w:val="Listaconvietas"/>
        <w:spacing w:line="240" w:lineRule="auto"/>
        <w:ind w:left="1440"/>
        <w:rPr>
          <w:rFonts w:ascii="Arial" w:hAnsi="Arial" w:cs="Arial"/>
          <w:color w:val="auto"/>
          <w:sz w:val="20"/>
          <w:szCs w:val="20"/>
          <w:lang w:val="es-ES_tradnl"/>
        </w:rPr>
      </w:pPr>
      <w:r w:rsidRPr="0059752B">
        <w:rPr>
          <w:rFonts w:ascii="Arial" w:hAnsi="Arial" w:cs="Arial"/>
          <w:color w:val="auto"/>
          <w:sz w:val="20"/>
          <w:szCs w:val="20"/>
          <w:lang w:val="es-ES_tradnl"/>
        </w:rPr>
        <w:t>y qué datos han sido efectivamente suprimidos y cuáles no, con su justificación.</w:t>
      </w:r>
    </w:p>
    <w:p w14:paraId="146DD64B" w14:textId="77777777" w:rsidR="006112AB" w:rsidRPr="0059752B" w:rsidRDefault="006112AB">
      <w:pPr>
        <w:pBdr>
          <w:bottom w:val="single" w:sz="6" w:space="1" w:color="auto"/>
        </w:pBdr>
        <w:rPr>
          <w:rFonts w:ascii="Arial" w:hAnsi="Arial" w:cs="Arial"/>
          <w:color w:val="auto"/>
          <w:sz w:val="20"/>
          <w:szCs w:val="20"/>
          <w:lang w:val="es-ES_tradnl"/>
        </w:rPr>
      </w:pPr>
    </w:p>
    <w:p w14:paraId="54C2C6D9" w14:textId="557F9172" w:rsidR="006112AB" w:rsidRPr="0059752B" w:rsidRDefault="00D6518B">
      <w:pPr>
        <w:pStyle w:val="Ttulo3"/>
        <w:rPr>
          <w:rFonts w:ascii="Arial" w:hAnsi="Arial" w:cs="Arial"/>
          <w:b w:val="0"/>
          <w:bCs w:val="0"/>
          <w:color w:val="auto"/>
          <w:sz w:val="20"/>
          <w:szCs w:val="20"/>
          <w:lang w:val="es-ES_tradnl"/>
        </w:rPr>
      </w:pPr>
      <w:r w:rsidRPr="0059752B">
        <w:rPr>
          <w:rFonts w:ascii="Arial" w:hAnsi="Arial" w:cs="Arial"/>
          <w:b w:val="0"/>
          <w:bCs w:val="0"/>
          <w:color w:val="auto"/>
          <w:sz w:val="20"/>
          <w:szCs w:val="20"/>
          <w:lang w:val="es-ES_tradnl"/>
        </w:rPr>
        <w:t xml:space="preserve">Texto que </w:t>
      </w:r>
      <w:r w:rsidR="0059752B">
        <w:rPr>
          <w:rFonts w:ascii="Arial" w:hAnsi="Arial" w:cs="Arial"/>
          <w:b w:val="0"/>
          <w:bCs w:val="0"/>
          <w:color w:val="auto"/>
          <w:sz w:val="20"/>
          <w:szCs w:val="20"/>
          <w:lang w:val="es-ES_tradnl"/>
        </w:rPr>
        <w:t xml:space="preserve">se </w:t>
      </w:r>
      <w:r w:rsidRPr="0059752B">
        <w:rPr>
          <w:rFonts w:ascii="Arial" w:hAnsi="Arial" w:cs="Arial"/>
          <w:b w:val="0"/>
          <w:bCs w:val="0"/>
          <w:color w:val="auto"/>
          <w:sz w:val="20"/>
          <w:szCs w:val="20"/>
          <w:lang w:val="es-ES_tradnl"/>
        </w:rPr>
        <w:t>pueden enviar al DPD</w:t>
      </w:r>
    </w:p>
    <w:p w14:paraId="4F53573C"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Asunto:</w:t>
      </w:r>
      <w:r w:rsidRPr="0059752B">
        <w:rPr>
          <w:rFonts w:ascii="Arial" w:hAnsi="Arial" w:cs="Arial"/>
          <w:color w:val="auto"/>
          <w:sz w:val="20"/>
          <w:szCs w:val="20"/>
          <w:lang w:val="es-ES_tradnl"/>
        </w:rPr>
        <w:t xml:space="preserve"> Ejercicio del derecho de supresión de datos personales</w:t>
      </w:r>
    </w:p>
    <w:p w14:paraId="4B4681EC"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Texto:</w:t>
      </w:r>
    </w:p>
    <w:p w14:paraId="6AF30E80"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 xml:space="preserve">A la atención del </w:t>
      </w:r>
      <w:proofErr w:type="gramStart"/>
      <w:r w:rsidRPr="0059752B">
        <w:rPr>
          <w:rFonts w:ascii="Arial" w:hAnsi="Arial" w:cs="Arial"/>
          <w:color w:val="auto"/>
          <w:sz w:val="20"/>
          <w:szCs w:val="20"/>
          <w:lang w:val="es-ES_tradnl"/>
        </w:rPr>
        <w:t>Delegado</w:t>
      </w:r>
      <w:proofErr w:type="gramEnd"/>
      <w:r w:rsidRPr="0059752B">
        <w:rPr>
          <w:rFonts w:ascii="Arial" w:hAnsi="Arial" w:cs="Arial"/>
          <w:color w:val="auto"/>
          <w:sz w:val="20"/>
          <w:szCs w:val="20"/>
          <w:lang w:val="es-ES_tradnl"/>
        </w:rPr>
        <w:t xml:space="preserve"> de Protección de Datos:</w:t>
      </w:r>
    </w:p>
    <w:p w14:paraId="0980478E"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 xml:space="preserve">Por medio del presente escrito, ejerzo mi </w:t>
      </w:r>
      <w:r w:rsidRPr="0059752B">
        <w:rPr>
          <w:rFonts w:ascii="Arial" w:hAnsi="Arial" w:cs="Arial"/>
          <w:color w:val="auto"/>
          <w:sz w:val="20"/>
          <w:szCs w:val="20"/>
          <w:lang w:val="es-ES_tradnl"/>
        </w:rPr>
        <w:t>derecho de supresión</w:t>
      </w:r>
      <w:r w:rsidRPr="0059752B">
        <w:rPr>
          <w:rFonts w:ascii="Arial" w:hAnsi="Arial" w:cs="Arial"/>
          <w:color w:val="auto"/>
          <w:sz w:val="20"/>
          <w:szCs w:val="20"/>
          <w:lang w:val="es-ES_tradnl"/>
        </w:rPr>
        <w:t xml:space="preserve"> conforme al Reglamento (UE) 2016/679 (RGPD) y a la Ley Orgánica 3/2018, </w:t>
      </w:r>
      <w:r w:rsidRPr="0059752B">
        <w:rPr>
          <w:rFonts w:ascii="Arial" w:hAnsi="Arial" w:cs="Arial"/>
          <w:color w:val="auto"/>
          <w:sz w:val="20"/>
          <w:szCs w:val="20"/>
          <w:lang w:val="es-ES_tradnl"/>
        </w:rPr>
        <w:t>de Protección de Datos Personales y garantía de los derechos digitales.</w:t>
      </w:r>
    </w:p>
    <w:p w14:paraId="1945BA3A"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 xml:space="preserve">Solicito la </w:t>
      </w:r>
      <w:r w:rsidRPr="0059752B">
        <w:rPr>
          <w:rFonts w:ascii="Arial" w:hAnsi="Arial" w:cs="Arial"/>
          <w:color w:val="auto"/>
          <w:sz w:val="20"/>
          <w:szCs w:val="20"/>
          <w:lang w:val="es-ES_tradnl"/>
        </w:rPr>
        <w:t>supresión de todos los datos personales</w:t>
      </w:r>
      <w:r w:rsidRPr="0059752B">
        <w:rPr>
          <w:rFonts w:ascii="Arial" w:hAnsi="Arial" w:cs="Arial"/>
          <w:color w:val="auto"/>
          <w:sz w:val="20"/>
          <w:szCs w:val="20"/>
          <w:lang w:val="es-ES_tradnl"/>
        </w:rPr>
        <w:t xml:space="preserve"> relativos a mi persona que estén siendo tratados por esa entidad, así como el cese de cualquier tratamiento futuro, salvo aquellos que deban conservarse exclusivamente por obligación legal, en cuyo caso deberá indicarse de forma expresa la base jurídica a</w:t>
      </w:r>
      <w:r w:rsidRPr="0059752B">
        <w:rPr>
          <w:rFonts w:ascii="Arial" w:hAnsi="Arial" w:cs="Arial"/>
          <w:color w:val="auto"/>
          <w:sz w:val="20"/>
          <w:szCs w:val="20"/>
          <w:lang w:val="es-ES_tradnl"/>
        </w:rPr>
        <w:t>plicable.</w:t>
      </w:r>
    </w:p>
    <w:p w14:paraId="2305F9EB"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Asimismo, solicito que se me confirme por escrito:</w:t>
      </w:r>
    </w:p>
    <w:p w14:paraId="375184B6" w14:textId="77777777" w:rsidR="006112AB" w:rsidRPr="0059752B" w:rsidRDefault="00D6518B">
      <w:pPr>
        <w:pStyle w:val="Listaconnmero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Qué datos personales míos están siendo tratados.</w:t>
      </w:r>
    </w:p>
    <w:p w14:paraId="4D5D19E0" w14:textId="77777777" w:rsidR="006112AB" w:rsidRPr="0059752B" w:rsidRDefault="00D6518B">
      <w:pPr>
        <w:pStyle w:val="Listaconnmero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El origen de dichos datos.</w:t>
      </w:r>
    </w:p>
    <w:p w14:paraId="07B68576" w14:textId="77777777" w:rsidR="006112AB" w:rsidRPr="0059752B" w:rsidRDefault="00D6518B">
      <w:pPr>
        <w:pStyle w:val="Listaconnmero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Las finalidades del tratamiento.</w:t>
      </w:r>
    </w:p>
    <w:p w14:paraId="002AC69B" w14:textId="77777777" w:rsidR="006112AB" w:rsidRPr="0059752B" w:rsidRDefault="00D6518B">
      <w:pPr>
        <w:pStyle w:val="Listaconnmero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lastRenderedPageBreak/>
        <w:t>Los destinatarios o categorías de destinatarios a quienes se hayan comunicado.</w:t>
      </w:r>
    </w:p>
    <w:p w14:paraId="0411C768" w14:textId="77777777" w:rsidR="006112AB" w:rsidRPr="0059752B" w:rsidRDefault="00D6518B">
      <w:pPr>
        <w:pStyle w:val="Listaconnmero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Qué dat</w:t>
      </w:r>
      <w:r w:rsidRPr="0059752B">
        <w:rPr>
          <w:rFonts w:ascii="Arial" w:hAnsi="Arial" w:cs="Arial"/>
          <w:color w:val="auto"/>
          <w:sz w:val="20"/>
          <w:szCs w:val="20"/>
          <w:lang w:val="es-ES_tradnl"/>
        </w:rPr>
        <w:t>os han sido suprimidos efectivamente.</w:t>
      </w:r>
    </w:p>
    <w:p w14:paraId="391BA2DF" w14:textId="77777777" w:rsidR="006112AB" w:rsidRPr="0059752B" w:rsidRDefault="00D6518B">
      <w:pPr>
        <w:pStyle w:val="Listaconnmero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Qué datos, en su caso, no pueden ser suprimidos y por qué motivo legal concreto.</w:t>
      </w:r>
    </w:p>
    <w:p w14:paraId="74440ECD"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Solicito igualmente que esta petición sea tramitada dentro del plazo legalmente establecido.</w:t>
      </w:r>
    </w:p>
    <w:p w14:paraId="71F8B499"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A efectos de identificación, adjunto copia d</w:t>
      </w:r>
      <w:r w:rsidRPr="0059752B">
        <w:rPr>
          <w:rFonts w:ascii="Arial" w:hAnsi="Arial" w:cs="Arial"/>
          <w:color w:val="auto"/>
          <w:sz w:val="20"/>
          <w:szCs w:val="20"/>
          <w:lang w:val="es-ES_tradnl"/>
        </w:rPr>
        <w:t>e mi documento identificativo.</w:t>
      </w:r>
    </w:p>
    <w:p w14:paraId="6D354199"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En [lugar], a [fecha].</w:t>
      </w:r>
    </w:p>
    <w:p w14:paraId="2F2279B4"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Nombre y apellidos</w:t>
      </w:r>
      <w:r w:rsidRPr="0059752B">
        <w:rPr>
          <w:rFonts w:ascii="Arial" w:hAnsi="Arial" w:cs="Arial"/>
          <w:color w:val="auto"/>
          <w:sz w:val="20"/>
          <w:szCs w:val="20"/>
          <w:lang w:val="es-ES_tradnl"/>
        </w:rPr>
        <w:br/>
        <w:t>DNI/NIE/Pasaporte</w:t>
      </w:r>
      <w:r w:rsidRPr="0059752B">
        <w:rPr>
          <w:rFonts w:ascii="Arial" w:hAnsi="Arial" w:cs="Arial"/>
          <w:color w:val="auto"/>
          <w:sz w:val="20"/>
          <w:szCs w:val="20"/>
          <w:lang w:val="es-ES_tradnl"/>
        </w:rPr>
        <w:br/>
        <w:t>Correo electrónico a efectos de notificaciones</w:t>
      </w:r>
    </w:p>
    <w:p w14:paraId="58A3B040" w14:textId="77777777" w:rsidR="006112AB" w:rsidRPr="0059752B" w:rsidRDefault="006112AB">
      <w:pPr>
        <w:pBdr>
          <w:bottom w:val="single" w:sz="6" w:space="1" w:color="auto"/>
        </w:pBdr>
        <w:rPr>
          <w:rFonts w:ascii="Arial" w:hAnsi="Arial" w:cs="Arial"/>
          <w:color w:val="auto"/>
          <w:sz w:val="20"/>
          <w:szCs w:val="20"/>
          <w:lang w:val="es-ES_tradnl"/>
        </w:rPr>
      </w:pPr>
    </w:p>
    <w:p w14:paraId="1AAD7A7E" w14:textId="137BFEC1" w:rsidR="006112AB" w:rsidRPr="0059752B" w:rsidRDefault="00D6518B">
      <w:pPr>
        <w:pStyle w:val="Ttulo3"/>
        <w:rPr>
          <w:rFonts w:ascii="Arial" w:hAnsi="Arial" w:cs="Arial"/>
          <w:b w:val="0"/>
          <w:bCs w:val="0"/>
          <w:color w:val="auto"/>
          <w:sz w:val="20"/>
          <w:szCs w:val="20"/>
          <w:lang w:val="es-ES_tradnl"/>
        </w:rPr>
      </w:pPr>
      <w:r w:rsidRPr="0059752B">
        <w:rPr>
          <w:rFonts w:ascii="Arial" w:hAnsi="Arial" w:cs="Arial"/>
          <w:b w:val="0"/>
          <w:bCs w:val="0"/>
          <w:color w:val="auto"/>
          <w:sz w:val="20"/>
          <w:szCs w:val="20"/>
          <w:lang w:val="es-ES_tradnl"/>
        </w:rPr>
        <w:t>Si responden pidiendo la congregación de origen</w:t>
      </w:r>
    </w:p>
    <w:p w14:paraId="0C40F530" w14:textId="6F654073"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Si el DPD responde pidiendo que se indique la congregación de orig</w:t>
      </w:r>
      <w:r w:rsidRPr="0059752B">
        <w:rPr>
          <w:rFonts w:ascii="Arial" w:hAnsi="Arial" w:cs="Arial"/>
          <w:color w:val="auto"/>
          <w:sz w:val="20"/>
          <w:szCs w:val="20"/>
          <w:lang w:val="es-ES_tradnl"/>
        </w:rPr>
        <w:t xml:space="preserve">en y dice que </w:t>
      </w:r>
      <w:r w:rsidR="0059752B">
        <w:rPr>
          <w:rFonts w:ascii="Arial" w:hAnsi="Arial" w:cs="Arial"/>
          <w:color w:val="auto"/>
          <w:sz w:val="20"/>
          <w:szCs w:val="20"/>
          <w:lang w:val="es-ES_tradnl"/>
        </w:rPr>
        <w:t>Betel</w:t>
      </w:r>
      <w:r w:rsidRPr="0059752B">
        <w:rPr>
          <w:rFonts w:ascii="Arial" w:hAnsi="Arial" w:cs="Arial"/>
          <w:color w:val="auto"/>
          <w:sz w:val="20"/>
          <w:szCs w:val="20"/>
          <w:lang w:val="es-ES_tradnl"/>
        </w:rPr>
        <w:t xml:space="preserve"> no maneja esos datos</w:t>
      </w:r>
      <w:r w:rsidR="0059752B">
        <w:rPr>
          <w:rFonts w:ascii="Arial" w:hAnsi="Arial" w:cs="Arial"/>
          <w:color w:val="auto"/>
          <w:sz w:val="20"/>
          <w:szCs w:val="20"/>
          <w:lang w:val="es-ES_tradnl"/>
        </w:rPr>
        <w:t xml:space="preserve"> (es una maniobra dilatoria)</w:t>
      </w:r>
      <w:r w:rsidRPr="0059752B">
        <w:rPr>
          <w:rFonts w:ascii="Arial" w:hAnsi="Arial" w:cs="Arial"/>
          <w:color w:val="auto"/>
          <w:sz w:val="20"/>
          <w:szCs w:val="20"/>
          <w:lang w:val="es-ES_tradnl"/>
        </w:rPr>
        <w:t xml:space="preserve">, la persona puede </w:t>
      </w:r>
      <w:r w:rsidRPr="0059752B">
        <w:rPr>
          <w:rFonts w:ascii="Arial" w:hAnsi="Arial" w:cs="Arial"/>
          <w:color w:val="auto"/>
          <w:sz w:val="20"/>
          <w:szCs w:val="20"/>
          <w:lang w:val="es-ES_tradnl"/>
        </w:rPr>
        <w:t>negarse</w:t>
      </w:r>
      <w:r w:rsidRPr="0059752B">
        <w:rPr>
          <w:rFonts w:ascii="Arial" w:hAnsi="Arial" w:cs="Arial"/>
          <w:color w:val="auto"/>
          <w:sz w:val="20"/>
          <w:szCs w:val="20"/>
          <w:lang w:val="es-ES_tradnl"/>
        </w:rPr>
        <w:t xml:space="preserve"> a facilitar ese dato si no desea hacerlo.</w:t>
      </w:r>
    </w:p>
    <w:p w14:paraId="330AFBDE"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La respuesta puede ser esta:</w:t>
      </w:r>
    </w:p>
    <w:p w14:paraId="476D4DC9"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 xml:space="preserve">A la atención del </w:t>
      </w:r>
      <w:proofErr w:type="gramStart"/>
      <w:r w:rsidRPr="0059752B">
        <w:rPr>
          <w:rFonts w:ascii="Arial" w:hAnsi="Arial" w:cs="Arial"/>
          <w:color w:val="auto"/>
          <w:sz w:val="20"/>
          <w:szCs w:val="20"/>
          <w:lang w:val="es-ES_tradnl"/>
        </w:rPr>
        <w:t>Delegado</w:t>
      </w:r>
      <w:proofErr w:type="gramEnd"/>
      <w:r w:rsidRPr="0059752B">
        <w:rPr>
          <w:rFonts w:ascii="Arial" w:hAnsi="Arial" w:cs="Arial"/>
          <w:color w:val="auto"/>
          <w:sz w:val="20"/>
          <w:szCs w:val="20"/>
          <w:lang w:val="es-ES_tradnl"/>
        </w:rPr>
        <w:t xml:space="preserve"> de Protección de Datos:</w:t>
      </w:r>
    </w:p>
    <w:p w14:paraId="474E0591"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En respuesta a su comunicación, reitero mi solicitud de ejerci</w:t>
      </w:r>
      <w:r w:rsidRPr="0059752B">
        <w:rPr>
          <w:rFonts w:ascii="Arial" w:hAnsi="Arial" w:cs="Arial"/>
          <w:color w:val="auto"/>
          <w:sz w:val="20"/>
          <w:szCs w:val="20"/>
          <w:lang w:val="es-ES_tradnl"/>
        </w:rPr>
        <w:t xml:space="preserve">cio del </w:t>
      </w:r>
      <w:r w:rsidRPr="0059752B">
        <w:rPr>
          <w:rFonts w:ascii="Arial" w:hAnsi="Arial" w:cs="Arial"/>
          <w:color w:val="auto"/>
          <w:sz w:val="20"/>
          <w:szCs w:val="20"/>
          <w:lang w:val="es-ES_tradnl"/>
        </w:rPr>
        <w:t>derecho de supresión</w:t>
      </w:r>
      <w:r w:rsidRPr="0059752B">
        <w:rPr>
          <w:rFonts w:ascii="Arial" w:hAnsi="Arial" w:cs="Arial"/>
          <w:color w:val="auto"/>
          <w:sz w:val="20"/>
          <w:szCs w:val="20"/>
          <w:lang w:val="es-ES_tradnl"/>
        </w:rPr>
        <w:t>.</w:t>
      </w:r>
    </w:p>
    <w:p w14:paraId="17385495"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No facilito información adicional sobre congregación de origen, por no resultar necesaria para atender mi solicitud, al haber sido esta presentada ante el canal habilitado por el propio responsable/</w:t>
      </w:r>
      <w:proofErr w:type="gramStart"/>
      <w:r w:rsidRPr="0059752B">
        <w:rPr>
          <w:rFonts w:ascii="Arial" w:hAnsi="Arial" w:cs="Arial"/>
          <w:color w:val="auto"/>
          <w:sz w:val="20"/>
          <w:szCs w:val="20"/>
          <w:lang w:val="es-ES_tradnl"/>
        </w:rPr>
        <w:t>Delegado</w:t>
      </w:r>
      <w:proofErr w:type="gramEnd"/>
      <w:r w:rsidRPr="0059752B">
        <w:rPr>
          <w:rFonts w:ascii="Arial" w:hAnsi="Arial" w:cs="Arial"/>
          <w:color w:val="auto"/>
          <w:sz w:val="20"/>
          <w:szCs w:val="20"/>
          <w:lang w:val="es-ES_tradnl"/>
        </w:rPr>
        <w:t xml:space="preserve"> de Protección de Da</w:t>
      </w:r>
      <w:r w:rsidRPr="0059752B">
        <w:rPr>
          <w:rFonts w:ascii="Arial" w:hAnsi="Arial" w:cs="Arial"/>
          <w:color w:val="auto"/>
          <w:sz w:val="20"/>
          <w:szCs w:val="20"/>
          <w:lang w:val="es-ES_tradnl"/>
        </w:rPr>
        <w:t>tos.</w:t>
      </w:r>
    </w:p>
    <w:p w14:paraId="6711A7DA"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Corresponde al responsable del tratamiento articular los mecanismos internos necesarios para identificar los tratamientos de datos personales, garantizar su trazabilidad y gestionar correctamente el ejercicio de derechos de las personas interesadas.</w:t>
      </w:r>
    </w:p>
    <w:p w14:paraId="2B613A3A"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L</w:t>
      </w:r>
      <w:r w:rsidRPr="0059752B">
        <w:rPr>
          <w:rFonts w:ascii="Arial" w:hAnsi="Arial" w:cs="Arial"/>
          <w:color w:val="auto"/>
          <w:sz w:val="20"/>
          <w:szCs w:val="20"/>
          <w:lang w:val="es-ES_tradnl"/>
        </w:rPr>
        <w:t>es requiero nuevamente para que tramiten mi solicitud en plazo y me confirmen por escrito el resultado de la misma.</w:t>
      </w:r>
    </w:p>
    <w:p w14:paraId="4C03895A"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En caso de no atenderse debidamente este ejercicio de derechos, me reservo el derecho a presentar la correspondiente reclamación ante la Age</w:t>
      </w:r>
      <w:r w:rsidRPr="0059752B">
        <w:rPr>
          <w:rFonts w:ascii="Arial" w:hAnsi="Arial" w:cs="Arial"/>
          <w:color w:val="auto"/>
          <w:sz w:val="20"/>
          <w:szCs w:val="20"/>
          <w:lang w:val="es-ES_tradnl"/>
        </w:rPr>
        <w:t>ncia Española de Protección de Datos.</w:t>
      </w:r>
    </w:p>
    <w:p w14:paraId="3EB92A12"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En [lugar], a [fecha].</w:t>
      </w:r>
    </w:p>
    <w:p w14:paraId="608FCF5A"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Nombre y apellidos</w:t>
      </w:r>
    </w:p>
    <w:p w14:paraId="08128F3C" w14:textId="77777777" w:rsidR="006112AB" w:rsidRPr="0059752B" w:rsidRDefault="006112AB">
      <w:pPr>
        <w:pBdr>
          <w:bottom w:val="single" w:sz="6" w:space="1" w:color="auto"/>
        </w:pBdr>
        <w:rPr>
          <w:rFonts w:ascii="Arial" w:hAnsi="Arial" w:cs="Arial"/>
          <w:color w:val="auto"/>
          <w:sz w:val="20"/>
          <w:szCs w:val="20"/>
          <w:lang w:val="es-ES_tradnl"/>
        </w:rPr>
      </w:pPr>
    </w:p>
    <w:p w14:paraId="4B0D949D" w14:textId="1CBA3531" w:rsidR="006112AB" w:rsidRPr="0059752B" w:rsidRDefault="0059752B">
      <w:pPr>
        <w:pStyle w:val="Ttulo3"/>
        <w:rPr>
          <w:rFonts w:ascii="Arial" w:hAnsi="Arial" w:cs="Arial"/>
          <w:b w:val="0"/>
          <w:bCs w:val="0"/>
          <w:color w:val="auto"/>
          <w:sz w:val="20"/>
          <w:szCs w:val="20"/>
          <w:lang w:val="es-ES_tradnl"/>
        </w:rPr>
      </w:pPr>
      <w:r>
        <w:rPr>
          <w:rFonts w:ascii="Arial" w:hAnsi="Arial" w:cs="Arial"/>
          <w:b w:val="0"/>
          <w:bCs w:val="0"/>
          <w:color w:val="auto"/>
          <w:sz w:val="20"/>
          <w:szCs w:val="20"/>
          <w:lang w:val="es-ES_tradnl"/>
        </w:rPr>
        <w:t>La petición de la congregación de origen es improcedente por los siguientes motivos:</w:t>
      </w:r>
    </w:p>
    <w:p w14:paraId="3C8FC2B0"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 xml:space="preserve">El interesado </w:t>
      </w:r>
      <w:r w:rsidRPr="0059752B">
        <w:rPr>
          <w:rFonts w:ascii="Arial" w:hAnsi="Arial" w:cs="Arial"/>
          <w:color w:val="auto"/>
          <w:sz w:val="20"/>
          <w:szCs w:val="20"/>
          <w:lang w:val="es-ES_tradnl"/>
        </w:rPr>
        <w:t>no tiene por qué reconstruir la organización interna</w:t>
      </w:r>
      <w:r w:rsidRPr="0059752B">
        <w:rPr>
          <w:rFonts w:ascii="Arial" w:hAnsi="Arial" w:cs="Arial"/>
          <w:color w:val="auto"/>
          <w:sz w:val="20"/>
          <w:szCs w:val="20"/>
          <w:lang w:val="es-ES_tradnl"/>
        </w:rPr>
        <w:t xml:space="preserve"> del responsable.</w:t>
      </w:r>
    </w:p>
    <w:p w14:paraId="722CA696"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 xml:space="preserve">Si existe un canal oficial del DPD, el responsable debe </w:t>
      </w:r>
      <w:r w:rsidRPr="0059752B">
        <w:rPr>
          <w:rFonts w:ascii="Arial" w:hAnsi="Arial" w:cs="Arial"/>
          <w:color w:val="auto"/>
          <w:sz w:val="20"/>
          <w:szCs w:val="20"/>
          <w:lang w:val="es-ES_tradnl"/>
        </w:rPr>
        <w:t>gestionar internamente</w:t>
      </w:r>
      <w:r w:rsidRPr="0059752B">
        <w:rPr>
          <w:rFonts w:ascii="Arial" w:hAnsi="Arial" w:cs="Arial"/>
          <w:color w:val="auto"/>
          <w:sz w:val="20"/>
          <w:szCs w:val="20"/>
          <w:lang w:val="es-ES_tradnl"/>
        </w:rPr>
        <w:t xml:space="preserve"> la solicitud.</w:t>
      </w:r>
    </w:p>
    <w:p w14:paraId="35FFC1BA"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 xml:space="preserve">Pedir la congregación como requisito previo puede funcionar como </w:t>
      </w:r>
      <w:r w:rsidRPr="0059752B">
        <w:rPr>
          <w:rFonts w:ascii="Arial" w:hAnsi="Arial" w:cs="Arial"/>
          <w:color w:val="auto"/>
          <w:sz w:val="20"/>
          <w:szCs w:val="20"/>
          <w:lang w:val="es-ES_tradnl"/>
        </w:rPr>
        <w:t>obstáculo o dilación</w:t>
      </w:r>
      <w:r w:rsidRPr="0059752B">
        <w:rPr>
          <w:rFonts w:ascii="Arial" w:hAnsi="Arial" w:cs="Arial"/>
          <w:color w:val="auto"/>
          <w:sz w:val="20"/>
          <w:szCs w:val="20"/>
          <w:lang w:val="es-ES_tradnl"/>
        </w:rPr>
        <w:t xml:space="preserve"> si ya tienen datos suficientes para identificar al solicita</w:t>
      </w:r>
      <w:r w:rsidRPr="0059752B">
        <w:rPr>
          <w:rFonts w:ascii="Arial" w:hAnsi="Arial" w:cs="Arial"/>
          <w:color w:val="auto"/>
          <w:sz w:val="20"/>
          <w:szCs w:val="20"/>
          <w:lang w:val="es-ES_tradnl"/>
        </w:rPr>
        <w:t>nte.</w:t>
      </w:r>
    </w:p>
    <w:p w14:paraId="2FB7D284"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 xml:space="preserve">El responsable debe tener capacidad de </w:t>
      </w:r>
      <w:r w:rsidRPr="0059752B">
        <w:rPr>
          <w:rFonts w:ascii="Arial" w:hAnsi="Arial" w:cs="Arial"/>
          <w:color w:val="auto"/>
          <w:sz w:val="20"/>
          <w:szCs w:val="20"/>
          <w:lang w:val="es-ES_tradnl"/>
        </w:rPr>
        <w:t>localizar, rastrear y gestionar</w:t>
      </w:r>
      <w:r w:rsidRPr="0059752B">
        <w:rPr>
          <w:rFonts w:ascii="Arial" w:hAnsi="Arial" w:cs="Arial"/>
          <w:color w:val="auto"/>
          <w:sz w:val="20"/>
          <w:szCs w:val="20"/>
          <w:lang w:val="es-ES_tradnl"/>
        </w:rPr>
        <w:t xml:space="preserve"> los tratamientos de datos personales dentro de su propia estructura.</w:t>
      </w:r>
    </w:p>
    <w:p w14:paraId="3A13D28B" w14:textId="77777777" w:rsidR="006112AB" w:rsidRPr="0059752B" w:rsidRDefault="006112AB">
      <w:pPr>
        <w:pBdr>
          <w:bottom w:val="single" w:sz="6" w:space="1" w:color="auto"/>
        </w:pBdr>
        <w:rPr>
          <w:rFonts w:ascii="Arial" w:hAnsi="Arial" w:cs="Arial"/>
          <w:color w:val="auto"/>
          <w:sz w:val="20"/>
          <w:szCs w:val="20"/>
          <w:lang w:val="es-ES_tradnl"/>
        </w:rPr>
      </w:pPr>
    </w:p>
    <w:p w14:paraId="2580E801" w14:textId="30EE512A" w:rsidR="006112AB" w:rsidRPr="0059752B" w:rsidRDefault="00D6518B">
      <w:pPr>
        <w:pStyle w:val="Ttulo3"/>
        <w:rPr>
          <w:rFonts w:ascii="Arial" w:hAnsi="Arial" w:cs="Arial"/>
          <w:b w:val="0"/>
          <w:bCs w:val="0"/>
          <w:color w:val="auto"/>
          <w:sz w:val="20"/>
          <w:szCs w:val="20"/>
          <w:lang w:val="es-ES_tradnl"/>
        </w:rPr>
      </w:pPr>
      <w:proofErr w:type="gramStart"/>
      <w:r w:rsidRPr="0059752B">
        <w:rPr>
          <w:rFonts w:ascii="Arial" w:hAnsi="Arial" w:cs="Arial"/>
          <w:b w:val="0"/>
          <w:bCs w:val="0"/>
          <w:color w:val="auto"/>
          <w:sz w:val="20"/>
          <w:szCs w:val="20"/>
          <w:lang w:val="es-ES_tradnl"/>
        </w:rPr>
        <w:t>Cuándo</w:t>
      </w:r>
      <w:proofErr w:type="gramEnd"/>
      <w:r w:rsidRPr="0059752B">
        <w:rPr>
          <w:rFonts w:ascii="Arial" w:hAnsi="Arial" w:cs="Arial"/>
          <w:b w:val="0"/>
          <w:bCs w:val="0"/>
          <w:color w:val="auto"/>
          <w:sz w:val="20"/>
          <w:szCs w:val="20"/>
          <w:lang w:val="es-ES_tradnl"/>
        </w:rPr>
        <w:t xml:space="preserve"> reclamar ante la AEPD</w:t>
      </w:r>
    </w:p>
    <w:p w14:paraId="5D51291B" w14:textId="3D87827B" w:rsidR="006112AB" w:rsidRPr="0059752B" w:rsidRDefault="0059752B">
      <w:pPr>
        <w:rPr>
          <w:rFonts w:ascii="Arial" w:hAnsi="Arial" w:cs="Arial"/>
          <w:color w:val="auto"/>
          <w:sz w:val="20"/>
          <w:szCs w:val="20"/>
          <w:lang w:val="es-ES_tradnl"/>
        </w:rPr>
      </w:pPr>
      <w:r>
        <w:rPr>
          <w:rFonts w:ascii="Arial" w:hAnsi="Arial" w:cs="Arial"/>
          <w:color w:val="auto"/>
          <w:sz w:val="20"/>
          <w:szCs w:val="20"/>
          <w:lang w:val="es-ES_tradnl"/>
        </w:rPr>
        <w:t>Podéis</w:t>
      </w:r>
      <w:r w:rsidR="00D6518B" w:rsidRPr="0059752B">
        <w:rPr>
          <w:rFonts w:ascii="Arial" w:hAnsi="Arial" w:cs="Arial"/>
          <w:color w:val="auto"/>
          <w:sz w:val="20"/>
          <w:szCs w:val="20"/>
          <w:lang w:val="es-ES_tradnl"/>
        </w:rPr>
        <w:t xml:space="preserve"> reclamar ante la AEPD si ocurre cualquiera de estas situaciones:</w:t>
      </w:r>
    </w:p>
    <w:p w14:paraId="0DA2DA3C"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no con</w:t>
      </w:r>
      <w:r w:rsidRPr="0059752B">
        <w:rPr>
          <w:rFonts w:ascii="Arial" w:hAnsi="Arial" w:cs="Arial"/>
          <w:color w:val="auto"/>
          <w:sz w:val="20"/>
          <w:szCs w:val="20"/>
          <w:lang w:val="es-ES_tradnl"/>
        </w:rPr>
        <w:t>testan en plazo;</w:t>
      </w:r>
    </w:p>
    <w:p w14:paraId="3B9AF914"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contestan de forma evasiva o incompleta;</w:t>
      </w:r>
    </w:p>
    <w:p w14:paraId="43524078"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condicionan injustificadamente la tramitación a aportar la congregación;</w:t>
      </w:r>
    </w:p>
    <w:p w14:paraId="45800B05"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niegan la supresión sin base suficiente;</w:t>
      </w:r>
    </w:p>
    <w:p w14:paraId="5C3386F9"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no acreditan qué han hecho con la solicitud.</w:t>
      </w:r>
    </w:p>
    <w:p w14:paraId="3FCDD539" w14:textId="77777777" w:rsidR="006112AB" w:rsidRPr="0059752B" w:rsidRDefault="006112AB">
      <w:pPr>
        <w:pBdr>
          <w:bottom w:val="single" w:sz="6" w:space="1" w:color="auto"/>
        </w:pBdr>
        <w:rPr>
          <w:rFonts w:ascii="Arial" w:hAnsi="Arial" w:cs="Arial"/>
          <w:color w:val="auto"/>
          <w:sz w:val="20"/>
          <w:szCs w:val="20"/>
          <w:lang w:val="es-ES_tradnl"/>
        </w:rPr>
      </w:pPr>
    </w:p>
    <w:p w14:paraId="5679D295" w14:textId="4B21B17F" w:rsidR="006112AB" w:rsidRPr="0059752B" w:rsidRDefault="00D6518B">
      <w:pPr>
        <w:pStyle w:val="Ttulo3"/>
        <w:rPr>
          <w:rFonts w:ascii="Arial" w:hAnsi="Arial" w:cs="Arial"/>
          <w:b w:val="0"/>
          <w:bCs w:val="0"/>
          <w:color w:val="auto"/>
          <w:sz w:val="20"/>
          <w:szCs w:val="20"/>
          <w:lang w:val="es-ES_tradnl"/>
        </w:rPr>
      </w:pPr>
      <w:r w:rsidRPr="0059752B">
        <w:rPr>
          <w:rFonts w:ascii="Arial" w:hAnsi="Arial" w:cs="Arial"/>
          <w:b w:val="0"/>
          <w:bCs w:val="0"/>
          <w:color w:val="auto"/>
          <w:sz w:val="20"/>
          <w:szCs w:val="20"/>
          <w:lang w:val="es-ES_tradnl"/>
        </w:rPr>
        <w:t xml:space="preserve">Cómo presentar la reclamación ante </w:t>
      </w:r>
      <w:r w:rsidRPr="0059752B">
        <w:rPr>
          <w:rFonts w:ascii="Arial" w:hAnsi="Arial" w:cs="Arial"/>
          <w:b w:val="0"/>
          <w:bCs w:val="0"/>
          <w:color w:val="auto"/>
          <w:sz w:val="20"/>
          <w:szCs w:val="20"/>
          <w:lang w:val="es-ES_tradnl"/>
        </w:rPr>
        <w:t>la AEPD</w:t>
      </w:r>
    </w:p>
    <w:p w14:paraId="4925FA9E"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Antes de reclamar, conviene guardar:</w:t>
      </w:r>
    </w:p>
    <w:p w14:paraId="510C4C33"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el correo de solicitud inicial;</w:t>
      </w:r>
    </w:p>
    <w:p w14:paraId="5FD42155"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el justificante de envío;</w:t>
      </w:r>
    </w:p>
    <w:p w14:paraId="680FADCA"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la respuesta del DPD, si la hubo;</w:t>
      </w:r>
    </w:p>
    <w:p w14:paraId="3C8B1E83"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la réplica del interesado;</w:t>
      </w:r>
    </w:p>
    <w:p w14:paraId="401E524B" w14:textId="77777777" w:rsidR="006112AB" w:rsidRPr="0059752B" w:rsidRDefault="00D6518B">
      <w:pPr>
        <w:pStyle w:val="Listaconvietas"/>
        <w:spacing w:line="240" w:lineRule="auto"/>
        <w:ind w:left="720"/>
        <w:rPr>
          <w:rFonts w:ascii="Arial" w:hAnsi="Arial" w:cs="Arial"/>
          <w:color w:val="auto"/>
          <w:sz w:val="20"/>
          <w:szCs w:val="20"/>
          <w:lang w:val="es-ES_tradnl"/>
        </w:rPr>
      </w:pPr>
      <w:r w:rsidRPr="0059752B">
        <w:rPr>
          <w:rFonts w:ascii="Arial" w:hAnsi="Arial" w:cs="Arial"/>
          <w:color w:val="auto"/>
          <w:sz w:val="20"/>
          <w:szCs w:val="20"/>
          <w:lang w:val="es-ES_tradnl"/>
        </w:rPr>
        <w:t>cualquier otro correo posterior.</w:t>
      </w:r>
    </w:p>
    <w:p w14:paraId="2E55C9CB" w14:textId="33ACD1CB" w:rsidR="006112AB" w:rsidRPr="0059752B" w:rsidRDefault="0059752B">
      <w:pPr>
        <w:pStyle w:val="Ttulo4"/>
        <w:rPr>
          <w:rFonts w:ascii="Arial" w:hAnsi="Arial" w:cs="Arial"/>
          <w:b w:val="0"/>
          <w:bCs w:val="0"/>
          <w:color w:val="auto"/>
          <w:sz w:val="20"/>
          <w:szCs w:val="20"/>
          <w:lang w:val="es-ES_tradnl"/>
        </w:rPr>
      </w:pPr>
      <w:r>
        <w:rPr>
          <w:rFonts w:ascii="Arial" w:hAnsi="Arial" w:cs="Arial"/>
          <w:b w:val="0"/>
          <w:bCs w:val="0"/>
          <w:color w:val="auto"/>
          <w:sz w:val="20"/>
          <w:szCs w:val="20"/>
          <w:lang w:val="es-ES_tradnl"/>
        </w:rPr>
        <w:t xml:space="preserve">Reclamación a la AEPD. </w:t>
      </w:r>
      <w:r w:rsidR="00D6518B" w:rsidRPr="0059752B">
        <w:rPr>
          <w:rFonts w:ascii="Arial" w:hAnsi="Arial" w:cs="Arial"/>
          <w:b w:val="0"/>
          <w:bCs w:val="0"/>
          <w:color w:val="auto"/>
          <w:sz w:val="20"/>
          <w:szCs w:val="20"/>
          <w:lang w:val="es-ES_tradnl"/>
        </w:rPr>
        <w:t>Contenido orientativo de la reclamación</w:t>
      </w:r>
    </w:p>
    <w:p w14:paraId="0F21E47C"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Asunto:</w:t>
      </w:r>
      <w:r w:rsidRPr="0059752B">
        <w:rPr>
          <w:rFonts w:ascii="Arial" w:hAnsi="Arial" w:cs="Arial"/>
          <w:color w:val="auto"/>
          <w:sz w:val="20"/>
          <w:szCs w:val="20"/>
          <w:lang w:val="es-ES_tradnl"/>
        </w:rPr>
        <w:t xml:space="preserve"> Reclamación por falt</w:t>
      </w:r>
      <w:r w:rsidRPr="0059752B">
        <w:rPr>
          <w:rFonts w:ascii="Arial" w:hAnsi="Arial" w:cs="Arial"/>
          <w:color w:val="auto"/>
          <w:sz w:val="20"/>
          <w:szCs w:val="20"/>
          <w:lang w:val="es-ES_tradnl"/>
        </w:rPr>
        <w:t>a de atención del derecho de supresión</w:t>
      </w:r>
    </w:p>
    <w:p w14:paraId="22472092"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Expongo:</w:t>
      </w:r>
    </w:p>
    <w:p w14:paraId="1DB94B5F" w14:textId="04439EE7" w:rsidR="006112AB" w:rsidRPr="0059752B" w:rsidRDefault="00D6518B" w:rsidP="0059752B">
      <w:pPr>
        <w:pStyle w:val="Listaconnmeros"/>
        <w:numPr>
          <w:ilvl w:val="0"/>
          <w:numId w:val="0"/>
        </w:numPr>
        <w:spacing w:line="240" w:lineRule="auto"/>
        <w:ind w:left="360"/>
        <w:rPr>
          <w:rFonts w:ascii="Arial" w:hAnsi="Arial" w:cs="Arial"/>
          <w:color w:val="auto"/>
          <w:sz w:val="20"/>
          <w:szCs w:val="20"/>
          <w:lang w:val="es-ES_tradnl"/>
        </w:rPr>
      </w:pPr>
      <w:r w:rsidRPr="0059752B">
        <w:rPr>
          <w:rFonts w:ascii="Arial" w:hAnsi="Arial" w:cs="Arial"/>
          <w:color w:val="auto"/>
          <w:sz w:val="20"/>
          <w:szCs w:val="20"/>
          <w:lang w:val="es-ES_tradnl"/>
        </w:rPr>
        <w:t xml:space="preserve">Que en fecha [fecha] ejercité mi derecho de supresión ante la entidad, dirigiéndome al </w:t>
      </w:r>
      <w:proofErr w:type="gramStart"/>
      <w:r w:rsidRPr="0059752B">
        <w:rPr>
          <w:rFonts w:ascii="Arial" w:hAnsi="Arial" w:cs="Arial"/>
          <w:color w:val="auto"/>
          <w:sz w:val="20"/>
          <w:szCs w:val="20"/>
          <w:lang w:val="es-ES_tradnl"/>
        </w:rPr>
        <w:t>Delegado</w:t>
      </w:r>
      <w:proofErr w:type="gramEnd"/>
      <w:r w:rsidRPr="0059752B">
        <w:rPr>
          <w:rFonts w:ascii="Arial" w:hAnsi="Arial" w:cs="Arial"/>
          <w:color w:val="auto"/>
          <w:sz w:val="20"/>
          <w:szCs w:val="20"/>
          <w:lang w:val="es-ES_tradnl"/>
        </w:rPr>
        <w:t xml:space="preserve"> de Protección de Datos en </w:t>
      </w:r>
      <w:r w:rsidRPr="0059752B">
        <w:rPr>
          <w:rFonts w:ascii="Arial" w:hAnsi="Arial" w:cs="Arial"/>
          <w:color w:val="auto"/>
          <w:sz w:val="20"/>
          <w:szCs w:val="20"/>
          <w:lang w:val="es-ES_tradnl"/>
        </w:rPr>
        <w:t>DataProtectionOfficer.ES@jw.</w:t>
      </w:r>
      <w:r w:rsidRPr="0059752B">
        <w:rPr>
          <w:rFonts w:ascii="Arial" w:hAnsi="Arial" w:cs="Arial"/>
          <w:color w:val="auto"/>
          <w:sz w:val="20"/>
          <w:szCs w:val="20"/>
          <w:lang w:val="es-ES_tradnl"/>
        </w:rPr>
        <w:t>org</w:t>
      </w:r>
      <w:r w:rsidRPr="0059752B">
        <w:rPr>
          <w:rFonts w:ascii="Arial" w:hAnsi="Arial" w:cs="Arial"/>
          <w:color w:val="auto"/>
          <w:sz w:val="20"/>
          <w:szCs w:val="20"/>
          <w:lang w:val="es-ES_tradnl"/>
        </w:rPr>
        <w:t>.</w:t>
      </w:r>
    </w:p>
    <w:p w14:paraId="688D362E" w14:textId="77777777" w:rsidR="006112AB" w:rsidRPr="0059752B" w:rsidRDefault="00D6518B" w:rsidP="0059752B">
      <w:pPr>
        <w:pStyle w:val="Listaconnmeros"/>
        <w:numPr>
          <w:ilvl w:val="0"/>
          <w:numId w:val="0"/>
        </w:numPr>
        <w:spacing w:line="240" w:lineRule="auto"/>
        <w:ind w:left="360"/>
        <w:rPr>
          <w:rFonts w:ascii="Arial" w:hAnsi="Arial" w:cs="Arial"/>
          <w:color w:val="auto"/>
          <w:sz w:val="20"/>
          <w:szCs w:val="20"/>
          <w:lang w:val="es-ES_tradnl"/>
        </w:rPr>
      </w:pPr>
      <w:r w:rsidRPr="0059752B">
        <w:rPr>
          <w:rFonts w:ascii="Arial" w:hAnsi="Arial" w:cs="Arial"/>
          <w:color w:val="auto"/>
          <w:sz w:val="20"/>
          <w:szCs w:val="20"/>
          <w:lang w:val="es-ES_tradnl"/>
        </w:rPr>
        <w:t>Que adjunto copia de dicha solicitud y justificante de envío.</w:t>
      </w:r>
    </w:p>
    <w:p w14:paraId="0C64652C" w14:textId="77777777" w:rsidR="006112AB" w:rsidRPr="0059752B" w:rsidRDefault="00D6518B" w:rsidP="0059752B">
      <w:pPr>
        <w:pStyle w:val="Listaconnmeros"/>
        <w:numPr>
          <w:ilvl w:val="0"/>
          <w:numId w:val="0"/>
        </w:numPr>
        <w:spacing w:line="240" w:lineRule="auto"/>
        <w:ind w:left="360"/>
        <w:rPr>
          <w:rFonts w:ascii="Arial" w:hAnsi="Arial" w:cs="Arial"/>
          <w:color w:val="auto"/>
          <w:sz w:val="20"/>
          <w:szCs w:val="20"/>
          <w:lang w:val="es-ES_tradnl"/>
        </w:rPr>
      </w:pPr>
      <w:r w:rsidRPr="0059752B">
        <w:rPr>
          <w:rFonts w:ascii="Arial" w:hAnsi="Arial" w:cs="Arial"/>
          <w:color w:val="auto"/>
          <w:sz w:val="20"/>
          <w:szCs w:val="20"/>
          <w:lang w:val="es-ES_tradnl"/>
        </w:rPr>
        <w:t>Que la entidad respondió solicitando que indicara mi congregación de origen y alegando que la central no maneja esos datos.</w:t>
      </w:r>
    </w:p>
    <w:p w14:paraId="0289F007" w14:textId="77777777" w:rsidR="006112AB" w:rsidRPr="0059752B" w:rsidRDefault="00D6518B" w:rsidP="0059752B">
      <w:pPr>
        <w:pStyle w:val="Listaconnmeros"/>
        <w:numPr>
          <w:ilvl w:val="0"/>
          <w:numId w:val="0"/>
        </w:numPr>
        <w:spacing w:line="240" w:lineRule="auto"/>
        <w:ind w:left="360"/>
        <w:rPr>
          <w:rFonts w:ascii="Arial" w:hAnsi="Arial" w:cs="Arial"/>
          <w:color w:val="auto"/>
          <w:sz w:val="20"/>
          <w:szCs w:val="20"/>
          <w:lang w:val="es-ES_tradnl"/>
        </w:rPr>
      </w:pPr>
      <w:r w:rsidRPr="0059752B">
        <w:rPr>
          <w:rFonts w:ascii="Arial" w:hAnsi="Arial" w:cs="Arial"/>
          <w:color w:val="auto"/>
          <w:sz w:val="20"/>
          <w:szCs w:val="20"/>
          <w:lang w:val="es-ES_tradnl"/>
        </w:rPr>
        <w:t>Que consideré dicha exigencia improcedente y reiteré mi solicitud</w:t>
      </w:r>
      <w:r w:rsidRPr="0059752B">
        <w:rPr>
          <w:rFonts w:ascii="Arial" w:hAnsi="Arial" w:cs="Arial"/>
          <w:color w:val="auto"/>
          <w:sz w:val="20"/>
          <w:szCs w:val="20"/>
          <w:lang w:val="es-ES_tradnl"/>
        </w:rPr>
        <w:t>, al entender que corresponde al responsable organizar internamente la localización y gestión de los datos personales objeto de tratamiento.</w:t>
      </w:r>
    </w:p>
    <w:p w14:paraId="00C9E203" w14:textId="77777777" w:rsidR="006112AB" w:rsidRPr="0059752B" w:rsidRDefault="00D6518B" w:rsidP="0059752B">
      <w:pPr>
        <w:pStyle w:val="Listaconnmeros"/>
        <w:numPr>
          <w:ilvl w:val="0"/>
          <w:numId w:val="0"/>
        </w:numPr>
        <w:spacing w:line="240" w:lineRule="auto"/>
        <w:ind w:left="360"/>
        <w:rPr>
          <w:rFonts w:ascii="Arial" w:hAnsi="Arial" w:cs="Arial"/>
          <w:color w:val="auto"/>
          <w:sz w:val="20"/>
          <w:szCs w:val="20"/>
          <w:lang w:val="es-ES_tradnl"/>
        </w:rPr>
      </w:pPr>
      <w:r w:rsidRPr="0059752B">
        <w:rPr>
          <w:rFonts w:ascii="Arial" w:hAnsi="Arial" w:cs="Arial"/>
          <w:color w:val="auto"/>
          <w:sz w:val="20"/>
          <w:szCs w:val="20"/>
          <w:lang w:val="es-ES_tradnl"/>
        </w:rPr>
        <w:t>Que, pese a ello, mi derecho no ha sido atendido correctamente [o no ha sido atendido dentro de plazo].</w:t>
      </w:r>
    </w:p>
    <w:p w14:paraId="5BF039AC" w14:textId="77777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Por todo el</w:t>
      </w:r>
      <w:r w:rsidRPr="0059752B">
        <w:rPr>
          <w:rFonts w:ascii="Arial" w:hAnsi="Arial" w:cs="Arial"/>
          <w:color w:val="auto"/>
          <w:sz w:val="20"/>
          <w:szCs w:val="20"/>
          <w:lang w:val="es-ES_tradnl"/>
        </w:rPr>
        <w:t>lo, solicito a la Agencia Española de Protección de Datos que admita esta reclamación y adopte las medidas oportunas para garantizar mi derecho de supresión.</w:t>
      </w:r>
    </w:p>
    <w:p w14:paraId="29E16F3F" w14:textId="77777777" w:rsidR="006112AB" w:rsidRPr="0059752B" w:rsidRDefault="00D6518B">
      <w:pPr>
        <w:pStyle w:val="Ttulo4"/>
        <w:rPr>
          <w:rFonts w:ascii="Arial" w:hAnsi="Arial" w:cs="Arial"/>
          <w:b w:val="0"/>
          <w:bCs w:val="0"/>
          <w:color w:val="auto"/>
          <w:sz w:val="20"/>
          <w:szCs w:val="20"/>
          <w:lang w:val="es-ES_tradnl"/>
        </w:rPr>
      </w:pPr>
      <w:r w:rsidRPr="0059752B">
        <w:rPr>
          <w:rFonts w:ascii="Arial" w:hAnsi="Arial" w:cs="Arial"/>
          <w:b w:val="0"/>
          <w:bCs w:val="0"/>
          <w:color w:val="auto"/>
          <w:sz w:val="20"/>
          <w:szCs w:val="20"/>
          <w:lang w:val="es-ES_tradnl"/>
        </w:rPr>
        <w:t>Dónde presentarla</w:t>
      </w:r>
    </w:p>
    <w:p w14:paraId="48757C9B" w14:textId="5B9808EF"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 xml:space="preserve">Ante la </w:t>
      </w:r>
      <w:r w:rsidRPr="0059752B">
        <w:rPr>
          <w:rFonts w:ascii="Arial" w:hAnsi="Arial" w:cs="Arial"/>
          <w:color w:val="auto"/>
          <w:sz w:val="20"/>
          <w:szCs w:val="20"/>
          <w:lang w:val="es-ES_tradnl"/>
        </w:rPr>
        <w:t>Agencia Española de Protección de Datos (AEPD)</w:t>
      </w:r>
      <w:r w:rsidRPr="0059752B">
        <w:rPr>
          <w:rFonts w:ascii="Arial" w:hAnsi="Arial" w:cs="Arial"/>
          <w:color w:val="auto"/>
          <w:sz w:val="20"/>
          <w:szCs w:val="20"/>
          <w:lang w:val="es-ES_tradnl"/>
        </w:rPr>
        <w:t>, por su canal de reclamac</w:t>
      </w:r>
      <w:r w:rsidRPr="0059752B">
        <w:rPr>
          <w:rFonts w:ascii="Arial" w:hAnsi="Arial" w:cs="Arial"/>
          <w:color w:val="auto"/>
          <w:sz w:val="20"/>
          <w:szCs w:val="20"/>
          <w:lang w:val="es-ES_tradnl"/>
        </w:rPr>
        <w:t>iones de protección de datos</w:t>
      </w:r>
      <w:r w:rsidR="0059752B">
        <w:rPr>
          <w:rFonts w:ascii="Arial" w:hAnsi="Arial" w:cs="Arial"/>
          <w:color w:val="auto"/>
          <w:sz w:val="20"/>
          <w:szCs w:val="20"/>
          <w:lang w:val="es-ES_tradnl"/>
        </w:rPr>
        <w:t xml:space="preserve">: </w:t>
      </w:r>
      <w:r w:rsidR="0059752B" w:rsidRPr="0059752B">
        <w:rPr>
          <w:rFonts w:ascii="Arial" w:hAnsi="Arial" w:cs="Arial"/>
          <w:b/>
          <w:bCs/>
          <w:color w:val="auto"/>
          <w:sz w:val="20"/>
          <w:szCs w:val="20"/>
          <w:lang w:val="es-ES_tradnl"/>
        </w:rPr>
        <w:t>(</w:t>
      </w:r>
      <w:r w:rsidR="0059752B" w:rsidRPr="0059752B">
        <w:rPr>
          <w:rFonts w:ascii="Arial" w:hAnsi="Arial" w:cs="Arial"/>
          <w:color w:val="auto"/>
          <w:sz w:val="20"/>
          <w:szCs w:val="20"/>
          <w:lang w:val="es-ES_tradnl"/>
        </w:rPr>
        <w:t>https://sedeaepd.gob.es/sede-electronica/procedures/claims/buzon-guiado/Q351</w:t>
      </w:r>
      <w:r w:rsidR="0059752B" w:rsidRPr="0059752B">
        <w:rPr>
          <w:rFonts w:ascii="Arial" w:hAnsi="Arial" w:cs="Arial"/>
          <w:b/>
          <w:bCs/>
          <w:color w:val="auto"/>
          <w:sz w:val="20"/>
          <w:szCs w:val="20"/>
          <w:lang w:val="es-ES_tradnl"/>
        </w:rPr>
        <w:t>)</w:t>
      </w:r>
    </w:p>
    <w:p w14:paraId="5E3A3367" w14:textId="77777777" w:rsidR="006112AB" w:rsidRPr="0059752B" w:rsidRDefault="006112AB">
      <w:pPr>
        <w:pBdr>
          <w:bottom w:val="single" w:sz="6" w:space="1" w:color="auto"/>
        </w:pBdr>
        <w:rPr>
          <w:rFonts w:ascii="Arial" w:hAnsi="Arial" w:cs="Arial"/>
          <w:color w:val="auto"/>
          <w:sz w:val="20"/>
          <w:szCs w:val="20"/>
          <w:lang w:val="es-ES_tradnl"/>
        </w:rPr>
      </w:pPr>
    </w:p>
    <w:p w14:paraId="79D2E23D" w14:textId="5A41EE1B" w:rsidR="006112AB" w:rsidRPr="0059752B" w:rsidRDefault="00D6518B">
      <w:pPr>
        <w:pStyle w:val="Ttulo3"/>
        <w:rPr>
          <w:rFonts w:ascii="Arial" w:hAnsi="Arial" w:cs="Arial"/>
          <w:b w:val="0"/>
          <w:bCs w:val="0"/>
          <w:color w:val="auto"/>
          <w:sz w:val="20"/>
          <w:szCs w:val="20"/>
          <w:lang w:val="es-ES_tradnl"/>
        </w:rPr>
      </w:pPr>
      <w:r w:rsidRPr="0059752B">
        <w:rPr>
          <w:rFonts w:ascii="Arial" w:hAnsi="Arial" w:cs="Arial"/>
          <w:b w:val="0"/>
          <w:bCs w:val="0"/>
          <w:color w:val="auto"/>
          <w:sz w:val="20"/>
          <w:szCs w:val="20"/>
          <w:lang w:val="es-ES_tradnl"/>
        </w:rPr>
        <w:t xml:space="preserve">Recomendaciones </w:t>
      </w:r>
    </w:p>
    <w:p w14:paraId="2A3E269D" w14:textId="77777777" w:rsidR="006112AB" w:rsidRPr="0059752B" w:rsidRDefault="00D6518B" w:rsidP="0059752B">
      <w:pPr>
        <w:pStyle w:val="Listaconvietas"/>
        <w:numPr>
          <w:ilvl w:val="0"/>
          <w:numId w:val="0"/>
        </w:numPr>
        <w:spacing w:line="240" w:lineRule="auto"/>
        <w:ind w:left="360"/>
        <w:rPr>
          <w:rFonts w:ascii="Arial" w:hAnsi="Arial" w:cs="Arial"/>
          <w:color w:val="auto"/>
          <w:sz w:val="20"/>
          <w:szCs w:val="20"/>
          <w:lang w:val="es-ES_tradnl"/>
        </w:rPr>
      </w:pPr>
      <w:r w:rsidRPr="0059752B">
        <w:rPr>
          <w:rFonts w:ascii="Arial" w:hAnsi="Arial" w:cs="Arial"/>
          <w:color w:val="auto"/>
          <w:sz w:val="20"/>
          <w:szCs w:val="20"/>
          <w:lang w:val="es-ES_tradnl"/>
        </w:rPr>
        <w:t xml:space="preserve">enviar siempre el correo </w:t>
      </w:r>
      <w:r w:rsidRPr="0059752B">
        <w:rPr>
          <w:rFonts w:ascii="Arial" w:hAnsi="Arial" w:cs="Arial"/>
          <w:color w:val="auto"/>
          <w:sz w:val="20"/>
          <w:szCs w:val="20"/>
          <w:lang w:val="es-ES_tradnl"/>
        </w:rPr>
        <w:t>guardando copia</w:t>
      </w:r>
      <w:r w:rsidRPr="0059752B">
        <w:rPr>
          <w:rFonts w:ascii="Arial" w:hAnsi="Arial" w:cs="Arial"/>
          <w:color w:val="auto"/>
          <w:sz w:val="20"/>
          <w:szCs w:val="20"/>
          <w:lang w:val="es-ES_tradnl"/>
        </w:rPr>
        <w:t>;</w:t>
      </w:r>
    </w:p>
    <w:p w14:paraId="2D5C109B" w14:textId="77777777" w:rsidR="006112AB" w:rsidRPr="0059752B" w:rsidRDefault="00D6518B" w:rsidP="0059752B">
      <w:pPr>
        <w:pStyle w:val="Listaconvietas"/>
        <w:numPr>
          <w:ilvl w:val="0"/>
          <w:numId w:val="0"/>
        </w:numPr>
        <w:spacing w:line="240" w:lineRule="auto"/>
        <w:ind w:left="360"/>
        <w:rPr>
          <w:rFonts w:ascii="Arial" w:hAnsi="Arial" w:cs="Arial"/>
          <w:color w:val="auto"/>
          <w:sz w:val="20"/>
          <w:szCs w:val="20"/>
          <w:lang w:val="es-ES_tradnl"/>
        </w:rPr>
      </w:pPr>
      <w:r w:rsidRPr="0059752B">
        <w:rPr>
          <w:rFonts w:ascii="Arial" w:hAnsi="Arial" w:cs="Arial"/>
          <w:color w:val="auto"/>
          <w:sz w:val="20"/>
          <w:szCs w:val="20"/>
          <w:lang w:val="es-ES_tradnl"/>
        </w:rPr>
        <w:t>pedir o conservar prueba de envío;</w:t>
      </w:r>
    </w:p>
    <w:p w14:paraId="3FF5CD4B" w14:textId="77777777" w:rsidR="006112AB" w:rsidRPr="0059752B" w:rsidRDefault="00D6518B" w:rsidP="0059752B">
      <w:pPr>
        <w:pStyle w:val="Listaconvietas"/>
        <w:numPr>
          <w:ilvl w:val="0"/>
          <w:numId w:val="0"/>
        </w:numPr>
        <w:spacing w:line="240" w:lineRule="auto"/>
        <w:ind w:left="360"/>
        <w:rPr>
          <w:rFonts w:ascii="Arial" w:hAnsi="Arial" w:cs="Arial"/>
          <w:color w:val="auto"/>
          <w:sz w:val="20"/>
          <w:szCs w:val="20"/>
          <w:lang w:val="es-ES_tradnl"/>
        </w:rPr>
      </w:pPr>
      <w:r w:rsidRPr="0059752B">
        <w:rPr>
          <w:rFonts w:ascii="Arial" w:hAnsi="Arial" w:cs="Arial"/>
          <w:color w:val="auto"/>
          <w:sz w:val="20"/>
          <w:szCs w:val="20"/>
          <w:lang w:val="es-ES_tradnl"/>
        </w:rPr>
        <w:t>adjuntar identif</w:t>
      </w:r>
      <w:r w:rsidRPr="0059752B">
        <w:rPr>
          <w:rFonts w:ascii="Arial" w:hAnsi="Arial" w:cs="Arial"/>
          <w:color w:val="auto"/>
          <w:sz w:val="20"/>
          <w:szCs w:val="20"/>
          <w:lang w:val="es-ES_tradnl"/>
        </w:rPr>
        <w:t>icación;</w:t>
      </w:r>
    </w:p>
    <w:p w14:paraId="53D19EEC" w14:textId="77777777" w:rsidR="006112AB" w:rsidRPr="0059752B" w:rsidRDefault="00D6518B" w:rsidP="0059752B">
      <w:pPr>
        <w:pStyle w:val="Listaconvietas"/>
        <w:numPr>
          <w:ilvl w:val="0"/>
          <w:numId w:val="0"/>
        </w:numPr>
        <w:spacing w:line="240" w:lineRule="auto"/>
        <w:ind w:left="360"/>
        <w:rPr>
          <w:rFonts w:ascii="Arial" w:hAnsi="Arial" w:cs="Arial"/>
          <w:color w:val="auto"/>
          <w:sz w:val="20"/>
          <w:szCs w:val="20"/>
          <w:lang w:val="es-ES_tradnl"/>
        </w:rPr>
      </w:pPr>
      <w:r w:rsidRPr="0059752B">
        <w:rPr>
          <w:rFonts w:ascii="Arial" w:hAnsi="Arial" w:cs="Arial"/>
          <w:color w:val="auto"/>
          <w:sz w:val="20"/>
          <w:szCs w:val="20"/>
          <w:lang w:val="es-ES_tradnl"/>
        </w:rPr>
        <w:t>no entrar en debates doctrinales o religiosos;</w:t>
      </w:r>
    </w:p>
    <w:p w14:paraId="2BCA940F" w14:textId="77777777" w:rsidR="006112AB" w:rsidRPr="0059752B" w:rsidRDefault="00D6518B" w:rsidP="0059752B">
      <w:pPr>
        <w:pStyle w:val="Listaconvietas"/>
        <w:numPr>
          <w:ilvl w:val="0"/>
          <w:numId w:val="0"/>
        </w:numPr>
        <w:spacing w:line="240" w:lineRule="auto"/>
        <w:ind w:left="360"/>
        <w:rPr>
          <w:rFonts w:ascii="Arial" w:hAnsi="Arial" w:cs="Arial"/>
          <w:color w:val="auto"/>
          <w:sz w:val="20"/>
          <w:szCs w:val="20"/>
          <w:lang w:val="es-ES_tradnl"/>
        </w:rPr>
      </w:pPr>
      <w:r w:rsidRPr="0059752B">
        <w:rPr>
          <w:rFonts w:ascii="Arial" w:hAnsi="Arial" w:cs="Arial"/>
          <w:color w:val="auto"/>
          <w:sz w:val="20"/>
          <w:szCs w:val="20"/>
          <w:lang w:val="es-ES_tradnl"/>
        </w:rPr>
        <w:t xml:space="preserve">centrarse solo en </w:t>
      </w:r>
      <w:r w:rsidRPr="0059752B">
        <w:rPr>
          <w:rFonts w:ascii="Arial" w:hAnsi="Arial" w:cs="Arial"/>
          <w:color w:val="auto"/>
          <w:sz w:val="20"/>
          <w:szCs w:val="20"/>
          <w:lang w:val="es-ES_tradnl"/>
        </w:rPr>
        <w:t>protección de datos</w:t>
      </w:r>
      <w:r w:rsidRPr="0059752B">
        <w:rPr>
          <w:rFonts w:ascii="Arial" w:hAnsi="Arial" w:cs="Arial"/>
          <w:color w:val="auto"/>
          <w:sz w:val="20"/>
          <w:szCs w:val="20"/>
          <w:lang w:val="es-ES_tradnl"/>
        </w:rPr>
        <w:t>;</w:t>
      </w:r>
    </w:p>
    <w:p w14:paraId="159ED280" w14:textId="77777777" w:rsidR="006112AB" w:rsidRPr="0059752B" w:rsidRDefault="00D6518B" w:rsidP="0059752B">
      <w:pPr>
        <w:pStyle w:val="Listaconvietas"/>
        <w:numPr>
          <w:ilvl w:val="0"/>
          <w:numId w:val="0"/>
        </w:numPr>
        <w:spacing w:line="240" w:lineRule="auto"/>
        <w:ind w:left="360"/>
        <w:rPr>
          <w:rFonts w:ascii="Arial" w:hAnsi="Arial" w:cs="Arial"/>
          <w:color w:val="auto"/>
          <w:sz w:val="20"/>
          <w:szCs w:val="20"/>
          <w:lang w:val="es-ES_tradnl"/>
        </w:rPr>
      </w:pPr>
      <w:proofErr w:type="spellStart"/>
      <w:r w:rsidRPr="0059752B">
        <w:rPr>
          <w:rFonts w:ascii="Arial" w:hAnsi="Arial" w:cs="Arial"/>
          <w:color w:val="auto"/>
          <w:sz w:val="20"/>
          <w:szCs w:val="20"/>
          <w:lang w:val="es-ES_tradnl"/>
        </w:rPr>
        <w:t>si</w:t>
      </w:r>
      <w:proofErr w:type="spellEnd"/>
      <w:r w:rsidRPr="0059752B">
        <w:rPr>
          <w:rFonts w:ascii="Arial" w:hAnsi="Arial" w:cs="Arial"/>
          <w:color w:val="auto"/>
          <w:sz w:val="20"/>
          <w:szCs w:val="20"/>
          <w:lang w:val="es-ES_tradnl"/>
        </w:rPr>
        <w:t xml:space="preserve"> contestan pidiendo la congregación, responder una sola vez reiterando la solicitud;</w:t>
      </w:r>
    </w:p>
    <w:p w14:paraId="08FE442E" w14:textId="77777777" w:rsidR="006112AB" w:rsidRPr="0059752B" w:rsidRDefault="00D6518B" w:rsidP="0059752B">
      <w:pPr>
        <w:pStyle w:val="Listaconvietas"/>
        <w:numPr>
          <w:ilvl w:val="0"/>
          <w:numId w:val="0"/>
        </w:numPr>
        <w:spacing w:line="240" w:lineRule="auto"/>
        <w:ind w:left="360"/>
        <w:rPr>
          <w:rFonts w:ascii="Arial" w:hAnsi="Arial" w:cs="Arial"/>
          <w:color w:val="auto"/>
          <w:sz w:val="20"/>
          <w:szCs w:val="20"/>
          <w:lang w:val="es-ES_tradnl"/>
        </w:rPr>
      </w:pPr>
      <w:r w:rsidRPr="0059752B">
        <w:rPr>
          <w:rFonts w:ascii="Arial" w:hAnsi="Arial" w:cs="Arial"/>
          <w:color w:val="auto"/>
          <w:sz w:val="20"/>
          <w:szCs w:val="20"/>
          <w:lang w:val="es-ES_tradnl"/>
        </w:rPr>
        <w:t xml:space="preserve">si no lo resuelven, pasar a la </w:t>
      </w:r>
      <w:r w:rsidRPr="0059752B">
        <w:rPr>
          <w:rFonts w:ascii="Arial" w:hAnsi="Arial" w:cs="Arial"/>
          <w:color w:val="auto"/>
          <w:sz w:val="20"/>
          <w:szCs w:val="20"/>
          <w:lang w:val="es-ES_tradnl"/>
        </w:rPr>
        <w:t>AEPD</w:t>
      </w:r>
      <w:r w:rsidRPr="0059752B">
        <w:rPr>
          <w:rFonts w:ascii="Arial" w:hAnsi="Arial" w:cs="Arial"/>
          <w:color w:val="auto"/>
          <w:sz w:val="20"/>
          <w:szCs w:val="20"/>
          <w:lang w:val="es-ES_tradnl"/>
        </w:rPr>
        <w:t>.</w:t>
      </w:r>
    </w:p>
    <w:p w14:paraId="35D698FA" w14:textId="31B53777" w:rsidR="006112AB" w:rsidRPr="0059752B" w:rsidRDefault="00D6518B">
      <w:pPr>
        <w:rPr>
          <w:rFonts w:ascii="Arial" w:hAnsi="Arial" w:cs="Arial"/>
          <w:color w:val="auto"/>
          <w:sz w:val="20"/>
          <w:szCs w:val="20"/>
          <w:lang w:val="es-ES_tradnl"/>
        </w:rPr>
      </w:pPr>
      <w:r w:rsidRPr="0059752B">
        <w:rPr>
          <w:rFonts w:ascii="Arial" w:hAnsi="Arial" w:cs="Arial"/>
          <w:color w:val="auto"/>
          <w:sz w:val="20"/>
          <w:szCs w:val="20"/>
          <w:lang w:val="es-ES_tradnl"/>
        </w:rPr>
        <w:t xml:space="preserve">No sois vosotros quienes tenéis que investigar dónde están vuestros datos dentro de la organización. Si ejercéis el derecho ante el canal oficial del delegado de protección de datos, corresponde al responsable </w:t>
      </w:r>
      <w:r w:rsidRPr="0059752B">
        <w:rPr>
          <w:rFonts w:ascii="Arial" w:hAnsi="Arial" w:cs="Arial"/>
          <w:color w:val="auto"/>
          <w:sz w:val="20"/>
          <w:szCs w:val="20"/>
          <w:lang w:val="es-ES_tradnl"/>
        </w:rPr>
        <w:t>tramitarlo correctamente. Si no lo hace o pone trabas, puede reclamarse ante la AEPD.</w:t>
      </w:r>
    </w:p>
    <w:sectPr w:rsidR="006112AB" w:rsidRPr="0059752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E30A3" w14:textId="77777777" w:rsidR="00D6518B" w:rsidRDefault="00D6518B">
      <w:pPr>
        <w:spacing w:after="0" w:line="240" w:lineRule="auto"/>
        <w:rPr>
          <w:rFonts w:hint="eastAsia"/>
        </w:rPr>
      </w:pPr>
      <w:r>
        <w:separator/>
      </w:r>
    </w:p>
  </w:endnote>
  <w:endnote w:type="continuationSeparator" w:id="0">
    <w:p w14:paraId="1CA7342D" w14:textId="77777777" w:rsidR="00D6518B" w:rsidRDefault="00D6518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3E045" w14:textId="77777777" w:rsidR="00D6518B" w:rsidRDefault="00D6518B">
      <w:pPr>
        <w:spacing w:after="0" w:line="240" w:lineRule="auto"/>
        <w:rPr>
          <w:rFonts w:hint="eastAsia"/>
        </w:rPr>
      </w:pPr>
      <w:r>
        <w:separator/>
      </w:r>
    </w:p>
  </w:footnote>
  <w:footnote w:type="continuationSeparator" w:id="0">
    <w:p w14:paraId="3A3F031C" w14:textId="77777777" w:rsidR="00D6518B" w:rsidRDefault="00D6518B">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16241" w14:textId="226A69DE" w:rsidR="006112AB" w:rsidRDefault="006112AB">
    <w:pPr>
      <w:pStyle w:val="Encabezado"/>
      <w:spacing w:after="120"/>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E99"/>
    <w:rsid w:val="0029639D"/>
    <w:rsid w:val="00326F90"/>
    <w:rsid w:val="0059752B"/>
    <w:rsid w:val="006112AB"/>
    <w:rsid w:val="00AA1D8D"/>
    <w:rsid w:val="00B47730"/>
    <w:rsid w:val="00CB0664"/>
    <w:rsid w:val="00D651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2A0F0D"/>
  <w14:defaultImageDpi w14:val="300"/>
  <w15:docId w15:val="{04D4104D-59CE-4934-A386-612F4C66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360" w:lineRule="auto"/>
    </w:pPr>
    <w:rPr>
      <w:rFonts w:ascii="Segoe UI" w:hAnsi="Segoe UI"/>
      <w:color w:val="33333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983</Words>
  <Characters>5410</Characters>
  <Application>Microsoft Office Word</Application>
  <DocSecurity>0</DocSecurity>
  <Lines>45</Lines>
  <Paragraphs>12</Paragraphs>
  <ScaleCrop>false</ScaleCrop>
  <HeadingPairs>
    <vt:vector size="6" baseType="variant">
      <vt:variant>
        <vt:lpstr>Título</vt:lpstr>
      </vt:variant>
      <vt:variant>
        <vt:i4>1</vt:i4>
      </vt:variant>
      <vt:variant>
        <vt:lpstr>Títulos</vt:lpstr>
      </vt:variant>
      <vt:variant>
        <vt:i4>7</vt:i4>
      </vt:variant>
      <vt:variant>
        <vt:lpstr>Title</vt:lpstr>
      </vt:variant>
      <vt:variant>
        <vt:i4>1</vt:i4>
      </vt:variant>
    </vt:vector>
  </HeadingPairs>
  <TitlesOfParts>
    <vt:vector size="9" baseType="lpstr">
      <vt:lpstr/>
      <vt:lpstr>    Cómo suprimir tus datos personales ante los Testigos de Jehová (derecho de supre</vt:lpstr>
      <vt:lpstr>        Texto que se pueden enviar al DPD</vt:lpstr>
      <vt:lpstr>        Si responden pidiendo la congregación de origen</vt:lpstr>
      <vt:lpstr>        La petición de la congregación de origen es improcedente por los siguientes moti</vt:lpstr>
      <vt:lpstr>        Cuándo reclamar ante la AEPD</vt:lpstr>
      <vt:lpstr>        Cómo presentar la reclamación ante la AEPD</vt:lpstr>
      <vt:lpstr>        Recomendaciones </vt:lpstr>
      <vt:lpstr/>
    </vt:vector>
  </TitlesOfParts>
  <Manager/>
  <Company/>
  <LinksUpToDate>false</LinksUpToDate>
  <CharactersWithSpaces>6381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Cómo suprimir tus datos personales ante los Testigos de Jehová</dc:title>
  <dc:subject/>
  <dc:creator>AEVTJ</dc:creator>
  <cp:keywords/>
  <dc:description/>
  <cp:lastModifiedBy>AEVTJ</cp:lastModifiedBy>
  <cp:revision>2</cp:revision>
  <dcterms:created xsi:type="dcterms:W3CDTF">2026-10-03T08:12:00Z</dcterms:created>
  <dcterms:modified xsi:type="dcterms:W3CDTF">2026-10-03T08:12:00Z</dcterms:modified>
  <cp:category/>
</cp:coreProperties>
</file>